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>
      <w:pPr>
        <w:jc w:val="center"/>
      </w:pPr>
      <w:r>
        <w:rPr>
          <w:b/>
          <w:color w:val="4F46E5"/>
          <w:sz w:val="72"/>
        </w:rPr>
        <w:t>CAHIER DE MODÉLISATION</w:t>
      </w:r>
    </w:p>
    <w:p>
      <w:pPr>
        <w:jc w:val="center"/>
      </w:pPr>
      <w:r>
        <w:rPr>
          <w:color w:val="6B7280"/>
          <w:sz w:val="36"/>
        </w:rPr>
        <w:t>BAROMÈTRE STATISTIQUE GOMA</w:t>
      </w:r>
    </w:p>
    <w:p/>
    <w:p/>
    <w:p/>
    <w:p/>
    <w:p/>
    <w:p/>
    <w:p/>
    <w:p/>
    <w:p/>
    <w:p/>
    <w:p>
      <w:pPr>
        <w:jc w:val="center"/>
      </w:pPr>
      <w:r>
        <w:t>Document technique généré le 31/08/2026 à 08:02</w:t>
        <w:br/>
      </w:r>
      <w:r>
        <w:rPr>
          <w:i/>
        </w:rPr>
        <w:t>Expertise Antigravity AI - Version 3.5</w:t>
      </w:r>
    </w:p>
    <w:p>
      <w:r>
        <w:br w:type="page"/>
      </w:r>
    </w:p>
    <w:p>
      <w:pPr>
        <w:pStyle w:val="Heading1"/>
      </w:pPr>
      <w:r>
        <w:t>STRUCTURE GÉNÉRALE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3312"/>
          </w:tcPr>
          <w:p>
            <w:r>
              <w:t>AXE THÉMATIQUE</w:t>
            </w:r>
          </w:p>
        </w:tc>
        <w:tc>
          <w:tcPr>
            <w:tcW w:type="dxa" w:w="3312"/>
          </w:tcPr>
          <w:p>
            <w:r>
              <w:t>FORMULAIRES</w:t>
            </w:r>
          </w:p>
        </w:tc>
        <w:tc>
          <w:tcPr>
            <w:tcW w:type="dxa" w:w="3312"/>
          </w:tcPr>
          <w:p>
            <w:r>
              <w:t>QUESTIONS</w:t>
            </w:r>
          </w:p>
        </w:tc>
      </w:tr>
      <w:tr>
        <w:tc>
          <w:tcPr>
            <w:tcW w:type="dxa" w:w="3312"/>
          </w:tcPr>
          <w:p>
            <w:r>
              <w:t>SÉCURITÉ ET PROTECTION</w:t>
            </w:r>
          </w:p>
        </w:tc>
        <w:tc>
          <w:tcPr>
            <w:tcW w:type="dxa" w:w="3312"/>
          </w:tcPr>
          <w:p>
            <w:r>
              <w:t>5</w:t>
            </w:r>
          </w:p>
        </w:tc>
        <w:tc>
          <w:tcPr>
            <w:tcW w:type="dxa" w:w="3312"/>
          </w:tcPr>
          <w:p>
            <w:r>
              <w:t>68</w:t>
            </w:r>
          </w:p>
        </w:tc>
      </w:tr>
      <w:tr>
        <w:tc>
          <w:tcPr>
            <w:tcW w:type="dxa" w:w="3312"/>
          </w:tcPr>
          <w:p>
            <w:r>
              <w:t>SITUATION HUMANITAIRE</w:t>
            </w:r>
          </w:p>
        </w:tc>
        <w:tc>
          <w:tcPr>
            <w:tcW w:type="dxa" w:w="3312"/>
          </w:tcPr>
          <w:p>
            <w:r>
              <w:t>3</w:t>
            </w:r>
          </w:p>
        </w:tc>
        <w:tc>
          <w:tcPr>
            <w:tcW w:type="dxa" w:w="3312"/>
          </w:tcPr>
          <w:p>
            <w:r>
              <w:t>92</w:t>
            </w:r>
          </w:p>
        </w:tc>
      </w:tr>
      <w:tr>
        <w:tc>
          <w:tcPr>
            <w:tcW w:type="dxa" w:w="3312"/>
          </w:tcPr>
          <w:p>
            <w:r>
              <w:t>SANTE</w:t>
            </w:r>
          </w:p>
        </w:tc>
        <w:tc>
          <w:tcPr>
            <w:tcW w:type="dxa" w:w="3312"/>
          </w:tcPr>
          <w:p>
            <w:r>
              <w:t>6</w:t>
            </w:r>
          </w:p>
        </w:tc>
        <w:tc>
          <w:tcPr>
            <w:tcW w:type="dxa" w:w="3312"/>
          </w:tcPr>
          <w:p>
            <w:r>
              <w:t>88</w:t>
            </w:r>
          </w:p>
        </w:tc>
      </w:tr>
      <w:tr>
        <w:tc>
          <w:tcPr>
            <w:tcW w:type="dxa" w:w="3312"/>
          </w:tcPr>
          <w:p>
            <w:r>
              <w:t>ÉCONOMIE ET EMPLOIS</w:t>
            </w:r>
          </w:p>
        </w:tc>
        <w:tc>
          <w:tcPr>
            <w:tcW w:type="dxa" w:w="3312"/>
          </w:tcPr>
          <w:p>
            <w:r>
              <w:t>5</w:t>
            </w:r>
          </w:p>
        </w:tc>
        <w:tc>
          <w:tcPr>
            <w:tcW w:type="dxa" w:w="3312"/>
          </w:tcPr>
          <w:p>
            <w:r>
              <w:t>122</w:t>
            </w:r>
          </w:p>
        </w:tc>
      </w:tr>
      <w:tr>
        <w:tc>
          <w:tcPr>
            <w:tcW w:type="dxa" w:w="3312"/>
          </w:tcPr>
          <w:p>
            <w:r>
              <w:t>INFRASTRUCTURE ET SERVICES</w:t>
            </w:r>
          </w:p>
        </w:tc>
        <w:tc>
          <w:tcPr>
            <w:tcW w:type="dxa" w:w="3312"/>
          </w:tcPr>
          <w:p>
            <w:r>
              <w:t>4</w:t>
            </w:r>
          </w:p>
        </w:tc>
        <w:tc>
          <w:tcPr>
            <w:tcW w:type="dxa" w:w="3312"/>
          </w:tcPr>
          <w:p>
            <w:r>
              <w:t>86</w:t>
            </w:r>
          </w:p>
        </w:tc>
      </w:tr>
    </w:tbl>
    <w:p>
      <w:r>
        <w:br w:type="page"/>
      </w:r>
    </w:p>
    <w:p>
      <w:pPr>
        <w:pStyle w:val="Heading1"/>
      </w:pPr>
      <w:r>
        <w:rPr>
          <w:color w:val="10B981"/>
        </w:rPr>
        <w:t>Dossier : SÉCURITÉ ET PROTECTION</w:t>
      </w:r>
    </w:p>
    <w:p/>
    <w:p>
      <w:r>
        <w:rPr>
          <w:b/>
          <w:color w:val="F59E0B"/>
          <w:sz w:val="28"/>
        </w:rPr>
        <w:t>Questionnaire : 2.5 Accès à la justice</w:t>
      </w:r>
    </w:p>
    <w:p>
      <w:r>
        <w:t>UID : a3hKGJkFjrt4c2WZ5LS7t4</w:t>
      </w:r>
    </w:p>
    <w:p/>
    <w:p>
      <w:r>
        <w:rPr>
          <w:b/>
        </w:rPr>
        <w:t>1. Quartier/zone</w:t>
      </w:r>
    </w:p>
    <w:p>
      <w:pPr>
        <w:ind w:left="576"/>
      </w:pPr>
      <w:r>
        <w:rPr>
          <w:color w:val="6B7280"/>
          <w:sz w:val="17"/>
        </w:rPr>
        <w:t>Variable: Quartier_zone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Quartier Les Volcans (quartier_les_volcans), Quartier Mikeno (quartier_mikeno), Quartier Mapendo (quartier_mapendo), Quartier Katindo (quartier_katindo), Quartier Himbi (quartier_himbi), Quartier Keshero (quartier_keshero), Quartier Lac Vert (quartier_lac_vert), Quartier Kahembe (quartier_kahembe), Quartier Murara (quartier_murara), Quartier Bujovu (quartier_bujovu), Quartier Majengo (quartier_majengo), Quartier Mabanga nord (quartier_mabanga_nord), Quartier Mabanga sud (quartier_mabanga_sud), Quartier Kasika (quartier_kasika), Quartier Katoyi (quartier_katoyi), Quartier Ndosho (quartier_ndosho), Quartier Mugunga (quartier_mugunga), Quartier Virunga (quartier_virunga)</w:t>
      </w:r>
    </w:p>
    <w:p>
      <w:pPr>
        <w:jc w:val="left"/>
      </w:pPr>
      <w:r>
        <w:t>_______________</w:t>
      </w:r>
    </w:p>
    <w:p>
      <w:r>
        <w:rPr>
          <w:b/>
        </w:rPr>
        <w:t>2. Nombre de tribunaux (ou représentant de la justice) fonctionnels connu dans la région</w:t>
      </w:r>
    </w:p>
    <w:p>
      <w:pPr>
        <w:ind w:left="576"/>
      </w:pPr>
      <w:r>
        <w:rPr>
          <w:color w:val="6B7280"/>
          <w:sz w:val="17"/>
        </w:rPr>
        <w:t>Variable: Nombre_de_tribunaux_connu_dans_la_r_gion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3. Distance moyenne du ménage au tribunal le plus proche</w:t>
      </w:r>
    </w:p>
    <w:p>
      <w:pPr>
        <w:ind w:left="576"/>
      </w:pPr>
      <w:r>
        <w:rPr>
          <w:color w:val="6B7280"/>
          <w:sz w:val="17"/>
        </w:rPr>
        <w:t>Variable: Distance_moyenne_du_bunal_le_plus_proche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4. Nombre de juges disponibles</w:t>
      </w:r>
    </w:p>
    <w:p>
      <w:pPr>
        <w:ind w:left="576"/>
      </w:pPr>
      <w:r>
        <w:rPr>
          <w:color w:val="6B7280"/>
          <w:sz w:val="17"/>
        </w:rPr>
        <w:t>Variable: Nombre_de_juges_disponibles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Un seul (un_seul), 2 à 5 (2___5), Plus de 5 (plus_de_5), Ne sait pas (ne_sait_pas)</w:t>
      </w:r>
    </w:p>
    <w:p>
      <w:pPr>
        <w:jc w:val="left"/>
      </w:pPr>
      <w:r>
        <w:t>_______________</w:t>
      </w:r>
    </w:p>
    <w:p>
      <w:r>
        <w:rPr>
          <w:b/>
        </w:rPr>
        <w:t>5. Y avez-vous déjà eu recours?</w:t>
      </w:r>
    </w:p>
    <w:p>
      <w:pPr>
        <w:ind w:left="576"/>
      </w:pPr>
      <w:r>
        <w:rPr>
          <w:color w:val="6B7280"/>
          <w:sz w:val="17"/>
        </w:rPr>
        <w:t>Variable: Y_avez_vous_d_j_eu_recours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>
      <w:r>
        <w:rPr>
          <w:b/>
        </w:rPr>
        <w:t xml:space="preserve">6. Types de dossiers </w:t>
      </w:r>
    </w:p>
    <w:p>
      <w:pPr>
        <w:ind w:left="576"/>
      </w:pPr>
      <w:r>
        <w:rPr>
          <w:color w:val="6B7280"/>
          <w:sz w:val="17"/>
        </w:rPr>
        <w:t>Variable: Types_de_dossiers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Civil (civil), Pénal (p_nal), VBG (vbg), Conflits fonciers (conflits_fonciers), Autre (autre)</w:t>
      </w:r>
    </w:p>
    <w:p>
      <w:pPr>
        <w:ind w:left="576"/>
      </w:pPr>
      <w:r>
        <w:rPr>
          <w:color w:val="4F46E5"/>
          <w:sz w:val="17"/>
        </w:rPr>
        <w:t>⚙️ Logique : ${Y_avez_vous_d_j_eu_recours} = 'oui'</w:t>
        <w:br/>
      </w:r>
    </w:p>
    <w:p>
      <w:pPr>
        <w:jc w:val="left"/>
      </w:pPr>
      <w:r>
        <w:t>_______________</w:t>
      </w:r>
    </w:p>
    <w:p>
      <w:r>
        <w:rPr>
          <w:b/>
        </w:rPr>
        <w:t>7. Autre type de dossier</w:t>
      </w:r>
    </w:p>
    <w:p>
      <w:pPr>
        <w:ind w:left="576"/>
      </w:pPr>
      <w:r>
        <w:rPr>
          <w:color w:val="6B7280"/>
          <w:sz w:val="17"/>
        </w:rPr>
        <w:t>Variable: Autre_type_de_dossier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selected(${Types_de_dossiers}, 'autre')</w:t>
        <w:br/>
      </w:r>
    </w:p>
    <w:p>
      <w:pPr>
        <w:jc w:val="left"/>
      </w:pPr>
      <w:r>
        <w:t>_______________</w:t>
      </w:r>
    </w:p>
    <w:p>
      <w:r>
        <w:rPr>
          <w:b/>
        </w:rPr>
        <w:t>8. Délai moyen de traitement</w:t>
      </w:r>
    </w:p>
    <w:p>
      <w:pPr>
        <w:ind w:left="576"/>
      </w:pPr>
      <w:r>
        <w:rPr>
          <w:color w:val="6B7280"/>
          <w:sz w:val="17"/>
        </w:rPr>
        <w:t>Variable: D_lai_moyen_de_traitement  |  Type: Nombre Entier  |  Obligatoire: Non</w:t>
      </w:r>
    </w:p>
    <w:p>
      <w:pPr>
        <w:ind w:left="576"/>
      </w:pPr>
      <w:r>
        <w:rPr>
          <w:color w:val="4F46E5"/>
          <w:sz w:val="17"/>
        </w:rPr>
        <w:t>⚙️ Logique : ${Y_avez_vous_d_j_eu_recours} = 'oui'</w:t>
        <w:br/>
      </w:r>
    </w:p>
    <w:p>
      <w:pPr>
        <w:jc w:val="left"/>
      </w:pPr>
      <w:r>
        <w:t>_______________</w:t>
      </w:r>
    </w:p>
    <w:p>
      <w:r>
        <w:rPr>
          <w:b/>
        </w:rPr>
        <w:t>9. Coût moyen d’accès à la justice</w:t>
      </w:r>
    </w:p>
    <w:p>
      <w:pPr>
        <w:ind w:left="576"/>
      </w:pPr>
      <w:r>
        <w:rPr>
          <w:color w:val="6B7280"/>
          <w:sz w:val="17"/>
        </w:rPr>
        <w:t>Variable: Co_t_moyen_d_acc_s_la_justice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10. Avez-vous déjà entendu parlez des cas de corruption</w:t>
      </w:r>
    </w:p>
    <w:p>
      <w:pPr>
        <w:ind w:left="576"/>
      </w:pPr>
      <w:r>
        <w:rPr>
          <w:color w:val="6B7280"/>
          <w:sz w:val="17"/>
        </w:rPr>
        <w:t>Variable: Avez_vous_d_j_enten_es_cas_de_corruption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>
      <w:r>
        <w:rPr>
          <w:b/>
        </w:rPr>
        <w:t>11. Satisfaction reçue</w:t>
      </w:r>
    </w:p>
    <w:p>
      <w:pPr>
        <w:ind w:left="576"/>
      </w:pPr>
      <w:r>
        <w:rPr>
          <w:color w:val="6B7280"/>
          <w:sz w:val="17"/>
        </w:rPr>
        <w:t>Variable: Satisfaction_re_ue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/>
    <w:p>
      <w:r>
        <w:rPr>
          <w:b/>
          <w:color w:val="F59E0B"/>
          <w:sz w:val="28"/>
        </w:rPr>
        <w:t>Questionnaire : 2.1 Nombre d’incidents sécuritaires</w:t>
      </w:r>
    </w:p>
    <w:p>
      <w:r>
        <w:t>UID : acnrcyiHXuuzasP78vw5HA</w:t>
      </w:r>
    </w:p>
    <w:p/>
    <w:p>
      <w:r>
        <w:rPr>
          <w:b/>
        </w:rPr>
        <w:t>1. Quartier/zone</w:t>
      </w:r>
    </w:p>
    <w:p>
      <w:pPr>
        <w:ind w:left="576"/>
      </w:pPr>
      <w:r>
        <w:rPr>
          <w:color w:val="6B7280"/>
          <w:sz w:val="17"/>
        </w:rPr>
        <w:t>Variable: Quartier_zone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Quartier Les Volcans (quartier_les_volcans), Quartier Mikeno (quartier_mikeno), Quartier Mapendo (quartier_mapendo), Quartier Katindo (quartier_katindo), Quartier Himbi (quartier_himbi), Quartier Keshero (quartier_keshero), Quartier Lac Vert (quartier_lac_vert), Quartier Kahembe (quartier_kahembe), Quartier Murara (quartier_murara), Quartier Bujovu (quartier_bujovu), Quartier Majengo (quartier_majengo), Quartier Mabanga nord (quartier_mabanga_nord), Quartier Mabanga sud (quartier_mabanga_sud), Quartier Kasika (quartier_kasika), Quartier Katoyi (quartier_katoyi), Quartier Ndosho (quartier_ndosho), Quartier Mugunga (quartier_mugunga), Quartier Virunga (quartier_virunga)</w:t>
      </w:r>
    </w:p>
    <w:p>
      <w:pPr>
        <w:jc w:val="left"/>
      </w:pPr>
      <w:r>
        <w:t>_______________</w:t>
      </w:r>
    </w:p>
    <w:p>
      <w:r>
        <w:rPr>
          <w:b/>
        </w:rPr>
        <w:t xml:space="preserve">2. Vous ou um membre du ménage a déjà été confronté à un de ces incident </w:t>
      </w:r>
    </w:p>
    <w:p>
      <w:pPr>
        <w:ind w:left="576"/>
      </w:pPr>
      <w:r>
        <w:rPr>
          <w:color w:val="6B7280"/>
          <w:sz w:val="17"/>
        </w:rPr>
        <w:t>Variable: Vous_ou_um_membre_du_un_de_ces_incident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Aucun (aucun), Attaque (attaque), vol (vol), kidnapping (kidnapping), viol (viol), pillage (pillage), meurtre (meurtre), incendie (incendie), Autre (autre)</w:t>
      </w:r>
    </w:p>
    <w:p>
      <w:pPr>
        <w:jc w:val="left"/>
      </w:pPr>
      <w:r>
        <w:t>_______________</w:t>
      </w:r>
    </w:p>
    <w:p>
      <w:r>
        <w:rPr>
          <w:b/>
        </w:rPr>
        <w:t>3. Date du dernier incident</w:t>
      </w:r>
    </w:p>
    <w:p>
      <w:pPr>
        <w:ind w:left="576"/>
      </w:pPr>
      <w:r>
        <w:rPr>
          <w:color w:val="6B7280"/>
          <w:sz w:val="17"/>
        </w:rPr>
        <w:t>Variable: Date_du_dernier_incident  |  Type: Date  |  Obligatoire: Non</w:t>
      </w:r>
    </w:p>
    <w:p>
      <w:pPr>
        <w:jc w:val="left"/>
      </w:pPr>
      <w:r>
        <w:t>_______________</w:t>
      </w:r>
    </w:p>
    <w:p>
      <w:r>
        <w:rPr>
          <w:b/>
        </w:rPr>
        <w:t>4. Distance en minute entre le lieu de l'incident et le ménage</w:t>
      </w:r>
    </w:p>
    <w:p>
      <w:pPr>
        <w:ind w:left="576"/>
      </w:pPr>
      <w:r>
        <w:rPr>
          <w:color w:val="6B7280"/>
          <w:sz w:val="17"/>
        </w:rPr>
        <w:t>Variable: Distance_en_minute_e_ncident_et_le_m_nage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5. Quartier ou s'est produit le dernier incident</w:t>
      </w:r>
    </w:p>
    <w:p>
      <w:pPr>
        <w:ind w:left="576"/>
      </w:pPr>
      <w:r>
        <w:rPr>
          <w:color w:val="6B7280"/>
          <w:sz w:val="17"/>
        </w:rPr>
        <w:t>Variable: Quartier_ou_s_est_pr_le_dernier_incident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Les Volcans (les_volcans), Mikeno (mikeno), Mapendo (mapendo), Katindo (katindo), Himbi (himbi), Kyeshero (kyeshero), Lac Vert (lac_vert), Kahembe (kahembe), Murara (murara), Bujovu (bujovu), Majengo (majengo), Mabanga nord (mabanga_nord), Mabanga sud (mabanga_sud), Kasika (kasika), Katoyi (katoyi), Ndosho (ndosho), Mugunga (mugunga), Virunga (virunga)</w:t>
      </w:r>
    </w:p>
    <w:p>
      <w:pPr>
        <w:jc w:val="left"/>
      </w:pPr>
      <w:r>
        <w:t>_______________</w:t>
      </w:r>
    </w:p>
    <w:p>
      <w:r>
        <w:rPr>
          <w:b/>
        </w:rPr>
        <w:t>6. Lieu précis</w:t>
      </w:r>
    </w:p>
    <w:p>
      <w:pPr>
        <w:ind w:left="576"/>
      </w:pPr>
      <w:r>
        <w:rPr>
          <w:color w:val="6B7280"/>
          <w:sz w:val="17"/>
        </w:rPr>
        <w:t>Variable: Lieu_pr_cis  |  Type: Réponse Ouverte  |  Obligatoire: Non</w:t>
      </w:r>
    </w:p>
    <w:p>
      <w:pPr>
        <w:jc w:val="left"/>
      </w:pPr>
      <w:r>
        <w:t>_______________</w:t>
      </w:r>
    </w:p>
    <w:p>
      <w:r>
        <w:rPr>
          <w:b/>
        </w:rPr>
        <w:t>7. Nombre de victimes pour le dernier incident</w:t>
      </w:r>
    </w:p>
    <w:p>
      <w:pPr>
        <w:ind w:left="576"/>
      </w:pPr>
      <w:r>
        <w:rPr>
          <w:color w:val="6B7280"/>
          <w:sz w:val="17"/>
        </w:rPr>
        <w:t>Variable: Nombre_de_victimes_p_le_dernier_incident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 xml:space="preserve">8. Quel est l'âge de la victime la plus jeune lors de cet incident </w:t>
      </w:r>
    </w:p>
    <w:p>
      <w:pPr>
        <w:ind w:left="576"/>
      </w:pPr>
      <w:r>
        <w:rPr>
          <w:color w:val="6B7280"/>
          <w:sz w:val="17"/>
        </w:rPr>
        <w:t>Variable: Quel_est_l_ge_de_la_lors_de_cet_incident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 xml:space="preserve">9. Acteurs impliqués identifiés </w:t>
      </w:r>
    </w:p>
    <w:p>
      <w:pPr>
        <w:ind w:left="576"/>
      </w:pPr>
      <w:r>
        <w:rPr>
          <w:color w:val="6B7280"/>
          <w:sz w:val="17"/>
        </w:rPr>
        <w:t>Variable: Acteurs_impliqu_s_identifi_s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>
      <w:r>
        <w:rPr>
          <w:b/>
        </w:rPr>
        <w:t>10. Plus d'un acteur</w:t>
      </w:r>
    </w:p>
    <w:p>
      <w:pPr>
        <w:ind w:left="576"/>
      </w:pPr>
      <w:r>
        <w:rPr>
          <w:color w:val="6B7280"/>
          <w:sz w:val="17"/>
        </w:rPr>
        <w:t>Variable: Plus_d_un_acteur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(non), Ne sait pas (ne_sait_pas)</w:t>
      </w:r>
    </w:p>
    <w:p>
      <w:pPr>
        <w:jc w:val="left"/>
      </w:pPr>
      <w:r>
        <w:t>_______________</w:t>
      </w:r>
    </w:p>
    <w:p>
      <w:r>
        <w:rPr>
          <w:b/>
        </w:rPr>
        <w:t>11. Impact sur la continuité normale des activités (marché, école, santé, transport)</w:t>
      </w:r>
    </w:p>
    <w:p>
      <w:pPr>
        <w:ind w:left="576"/>
      </w:pPr>
      <w:r>
        <w:rPr>
          <w:color w:val="6B7280"/>
          <w:sz w:val="17"/>
        </w:rPr>
        <w:t>Variable: Impact_sur_la_contin_ole_sant_transport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>
      <w:r>
        <w:rPr>
          <w:b/>
        </w:rPr>
        <w:t xml:space="preserve">12. Lieu de premier recours </w:t>
      </w:r>
    </w:p>
    <w:p>
      <w:pPr>
        <w:ind w:left="576"/>
      </w:pPr>
      <w:r>
        <w:rPr>
          <w:color w:val="6B7280"/>
          <w:sz w:val="17"/>
        </w:rPr>
        <w:t>Variable: Lieu_de_premier_recours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Aucun (aucun), Hôpital/Dispensaire (h_pital_dispensaire), Pharmacie (pharmacie), Police (police), Monusco (monusco), Dans le ménage  (dans_le_m_nage), Chez un proche (chez_un_proche), Autre (autre)</w:t>
      </w:r>
    </w:p>
    <w:p>
      <w:pPr>
        <w:jc w:val="left"/>
      </w:pPr>
      <w:r>
        <w:t>_______________</w:t>
      </w:r>
    </w:p>
    <w:p>
      <w:r>
        <w:rPr>
          <w:b/>
        </w:rPr>
        <w:t>13. Autre lieu de premier recours</w:t>
      </w:r>
    </w:p>
    <w:p>
      <w:pPr>
        <w:ind w:left="576"/>
      </w:pPr>
      <w:r>
        <w:rPr>
          <w:color w:val="6B7280"/>
          <w:sz w:val="17"/>
        </w:rPr>
        <w:t>Variable: Autre_lieu_de_premier_recours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${Lieu_de_premier_recours} = 'autre'</w:t>
        <w:br/>
      </w:r>
    </w:p>
    <w:p>
      <w:pPr>
        <w:jc w:val="left"/>
      </w:pPr>
      <w:r>
        <w:t>_______________</w:t>
      </w:r>
    </w:p>
    <w:p>
      <w:r>
        <w:rPr>
          <w:b/>
        </w:rPr>
        <w:t>14. Solution trouvée</w:t>
      </w:r>
    </w:p>
    <w:p>
      <w:pPr>
        <w:ind w:left="576"/>
      </w:pPr>
      <w:r>
        <w:rPr>
          <w:color w:val="6B7280"/>
          <w:sz w:val="17"/>
        </w:rPr>
        <w:t>Variable: Solution_trouv_e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ind w:left="576"/>
      </w:pPr>
      <w:r>
        <w:rPr>
          <w:color w:val="4F46E5"/>
          <w:sz w:val="17"/>
        </w:rPr>
        <w:t>⚙️ Logique : ${Lieu_de_premier_recours} = 'h_pital_dispensaire' or ${Lieu_de_premier_recours} = 'pharmacie' or ${Lieu_de_premier_recours} = 'police' or ${Lieu_de_premier_recours} = 'monusco' or ${Lieu_de_premier_recours} = 'dans_le_m_nage' or ${Lieu_de_premier_recours} = 'chez_un_proche' or ${Lieu_de_premier_recours} = 'autre'</w:t>
        <w:br/>
      </w:r>
    </w:p>
    <w:p>
      <w:pPr>
        <w:jc w:val="left"/>
      </w:pPr>
      <w:r>
        <w:t>_______________</w:t>
      </w:r>
    </w:p>
    <w:p>
      <w:r>
        <w:rPr>
          <w:b/>
        </w:rPr>
        <w:t>15. Déplacement ou déménagement causé</w:t>
      </w:r>
    </w:p>
    <w:p>
      <w:pPr>
        <w:ind w:left="576"/>
      </w:pPr>
      <w:r>
        <w:rPr>
          <w:color w:val="6B7280"/>
          <w:sz w:val="17"/>
        </w:rPr>
        <w:t>Variable: D_placement_ou_d_m_nagement_caus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/>
    <w:p>
      <w:r>
        <w:rPr>
          <w:b/>
          <w:color w:val="F59E0B"/>
          <w:sz w:val="28"/>
        </w:rPr>
        <w:t>Questionnaire : 2.4 Nombre des groupes armés</w:t>
      </w:r>
    </w:p>
    <w:p>
      <w:r>
        <w:t>UID : afZzpwcWbc3vUjyBkiSrps</w:t>
      </w:r>
    </w:p>
    <w:p/>
    <w:p>
      <w:r>
        <w:rPr>
          <w:b/>
        </w:rPr>
        <w:t>1. Quartier/zone</w:t>
      </w:r>
    </w:p>
    <w:p>
      <w:pPr>
        <w:ind w:left="576"/>
      </w:pPr>
      <w:r>
        <w:rPr>
          <w:color w:val="6B7280"/>
          <w:sz w:val="17"/>
        </w:rPr>
        <w:t>Variable: Quartier_zone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Quartier Les Volcans (quartier_les_volcans), Quartier Mikeno (quartier_mikeno), Quartier Mapendo (quartier_mapendo), Quartier Katindo (quartier_katindo), Quartier Himbi (quartier_himbi), Quartier Keshero (quartier_keshero), Quartier Lac Vert (quartier_lac_vert), Quartier Kahembe (quartier_kahembe), Quartier Murara (quartier_murara), Quartier Bujovu (quartier_bujovu), Quartier Majengo (quartier_majengo), Quartier Mabanga nord (quartier_mabanga_nord), Quartier Mabanga sud (quartier_mabanga_sud), Quartier Kasika (quartier_kasika), Quartier Katoyi (quartier_katoyi), Quartier Ndosho (quartier_ndosho), Quartier Mugunga (quartier_mugunga), Quartier Virunga (quartier_virunga)</w:t>
      </w:r>
    </w:p>
    <w:p>
      <w:pPr>
        <w:jc w:val="left"/>
      </w:pPr>
      <w:r>
        <w:t>_______________</w:t>
      </w:r>
    </w:p>
    <w:p>
      <w:r>
        <w:rPr>
          <w:b/>
        </w:rPr>
        <w:t>2. Nom du groupe armé</w:t>
      </w:r>
    </w:p>
    <w:p>
      <w:pPr>
        <w:ind w:left="576"/>
      </w:pPr>
      <w:r>
        <w:rPr>
          <w:color w:val="6B7280"/>
          <w:sz w:val="17"/>
        </w:rPr>
        <w:t>Variable: Nom_du_groupe_arm  |  Type: Réponse Ouverte  |  Obligatoire: Non</w:t>
      </w:r>
    </w:p>
    <w:p>
      <w:pPr>
        <w:jc w:val="left"/>
      </w:pPr>
      <w:r>
        <w:t>_______________</w:t>
      </w:r>
    </w:p>
    <w:p>
      <w:r>
        <w:rPr>
          <w:b/>
        </w:rPr>
        <w:t>3. Taille estimée</w:t>
      </w:r>
    </w:p>
    <w:p>
      <w:pPr>
        <w:ind w:left="576"/>
      </w:pPr>
      <w:r>
        <w:rPr>
          <w:color w:val="6B7280"/>
          <w:sz w:val="17"/>
        </w:rPr>
        <w:t>Variable: Taille_estim_e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Petite unité (1–20 hommes) (petite_unit___1_20_hommes), Moyenne (21–100 hommes) (moyenne__21_100_hommes), Grande (101–500 hommes) (grande__101_500_hommes), Très grande (500+ hommes) (tr_s_grande__500__hommes)</w:t>
      </w:r>
    </w:p>
    <w:p>
      <w:pPr>
        <w:jc w:val="left"/>
      </w:pPr>
      <w:r>
        <w:t>_______________</w:t>
      </w:r>
    </w:p>
    <w:p>
      <w:r>
        <w:rPr>
          <w:b/>
        </w:rPr>
        <w:t>4. Structure de commandement</w:t>
      </w:r>
    </w:p>
    <w:p>
      <w:pPr>
        <w:ind w:left="576"/>
      </w:pPr>
      <w:r>
        <w:rPr>
          <w:color w:val="6B7280"/>
          <w:sz w:val="17"/>
        </w:rPr>
        <w:t>Variable: Structure_de_commandement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Centralisée (chef unique) (centralis_e__chef_unique), Hiérarchisée (commandants intermédiaires) (hi_rarchis_e__commandants_interm_diaires), Fragmentée (plusieurs chefs concurrents) (fragment_e__plusieurs_chefs_concurrents), Informelle (sans organisation claire) (informelle__sans_organisation_claire)</w:t>
      </w:r>
    </w:p>
    <w:p>
      <w:pPr>
        <w:jc w:val="left"/>
      </w:pPr>
      <w:r>
        <w:t>_______________</w:t>
      </w:r>
    </w:p>
    <w:p>
      <w:r>
        <w:rPr>
          <w:b/>
        </w:rPr>
        <w:t>5. Localisation</w:t>
      </w:r>
    </w:p>
    <w:p>
      <w:pPr>
        <w:ind w:left="576"/>
      </w:pPr>
      <w:r>
        <w:rPr>
          <w:color w:val="6B7280"/>
          <w:sz w:val="17"/>
        </w:rPr>
        <w:t>Variable: Localisation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Masisi (masisi), Oicha (oicha), Lubero (lubero), Rutshuru (rutshuru), Walikale (walikale), Nyiragongo (nyiragongo), Beni ville (beni_ville), Butembo (butembo), Goma (goma)</w:t>
      </w:r>
    </w:p>
    <w:p>
      <w:pPr>
        <w:jc w:val="left"/>
      </w:pPr>
      <w:r>
        <w:t>_______________</w:t>
      </w:r>
    </w:p>
    <w:p>
      <w:r>
        <w:rPr>
          <w:b/>
        </w:rPr>
        <w:t>6. Localisation principale (Village ou ville a grande concentration)</w:t>
      </w:r>
    </w:p>
    <w:p>
      <w:pPr>
        <w:ind w:left="576"/>
      </w:pPr>
      <w:r>
        <w:rPr>
          <w:color w:val="6B7280"/>
          <w:sz w:val="17"/>
        </w:rPr>
        <w:t>Variable: Localisation_princip_grande_concentration  |  Type: Réponse Ouverte  |  Obligatoire: Non</w:t>
      </w:r>
    </w:p>
    <w:p>
      <w:pPr>
        <w:jc w:val="left"/>
      </w:pPr>
      <w:r>
        <w:t>_______________</w:t>
      </w:r>
    </w:p>
    <w:p>
      <w:r>
        <w:rPr>
          <w:b/>
        </w:rPr>
        <w:t>7. Zones d’influence</w:t>
      </w:r>
    </w:p>
    <w:p>
      <w:pPr>
        <w:ind w:left="576"/>
      </w:pPr>
      <w:r>
        <w:rPr>
          <w:color w:val="6B7280"/>
          <w:sz w:val="17"/>
        </w:rPr>
        <w:t>Variable: Zones_d_influence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Village spécifique (village_s__sp_cifique_s), Territoire administratif (chefferie, secteur) (territoire_administratif__chef), Axe routier stratégique (axe_routier_strat_gique), Ressources naturelles (mines, forêts, champs) (ressources_naturelles__mines__), Autre (autre)</w:t>
      </w:r>
    </w:p>
    <w:p>
      <w:pPr>
        <w:jc w:val="left"/>
      </w:pPr>
      <w:r>
        <w:t>_______________</w:t>
      </w:r>
    </w:p>
    <w:p>
      <w:r>
        <w:rPr>
          <w:b/>
        </w:rPr>
        <w:t>8. Autre zones d’influence</w:t>
      </w:r>
    </w:p>
    <w:p>
      <w:pPr>
        <w:ind w:left="576"/>
      </w:pPr>
      <w:r>
        <w:rPr>
          <w:color w:val="6B7280"/>
          <w:sz w:val="17"/>
        </w:rPr>
        <w:t>Variable: Autre_zones_d_influence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selected(${Zones_d_influence}, 'autre')</w:t>
        <w:br/>
      </w:r>
    </w:p>
    <w:p>
      <w:pPr>
        <w:jc w:val="left"/>
      </w:pPr>
      <w:r>
        <w:t>_______________</w:t>
      </w:r>
    </w:p>
    <w:p>
      <w:r>
        <w:rPr>
          <w:b/>
        </w:rPr>
        <w:t>9. Incidents récents liés</w:t>
      </w:r>
    </w:p>
    <w:p>
      <w:pPr>
        <w:ind w:left="576"/>
      </w:pPr>
      <w:r>
        <w:rPr>
          <w:color w:val="6B7280"/>
          <w:sz w:val="17"/>
        </w:rPr>
        <w:t>Variable: Incidents_r_cents_li_s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Aucun incident signalé (aucun_incident_signal), Attaques armées (attaques_arm_es), Enlèvements (enl_vements), Pillages (pillages), Conflits intercommunautaires (conflits_intercommunautaires), Autre (autre)</w:t>
      </w:r>
    </w:p>
    <w:p>
      <w:pPr>
        <w:jc w:val="left"/>
      </w:pPr>
      <w:r>
        <w:t>_______________</w:t>
      </w:r>
    </w:p>
    <w:p>
      <w:r>
        <w:rPr>
          <w:b/>
        </w:rPr>
        <w:t>10. Autre Incidents récents</w:t>
      </w:r>
    </w:p>
    <w:p>
      <w:pPr>
        <w:ind w:left="576"/>
      </w:pPr>
      <w:r>
        <w:rPr>
          <w:color w:val="6B7280"/>
          <w:sz w:val="17"/>
        </w:rPr>
        <w:t>Variable: Autre_Incidents_r_cents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selected(${Incidents_r_cents_li_s}, 'autre')</w:t>
        <w:br/>
      </w:r>
    </w:p>
    <w:p>
      <w:pPr>
        <w:jc w:val="left"/>
      </w:pPr>
      <w:r>
        <w:t>_______________</w:t>
      </w:r>
    </w:p>
    <w:p>
      <w:r>
        <w:rPr>
          <w:b/>
        </w:rPr>
        <w:t>11. Mouvements enregistrés</w:t>
      </w:r>
    </w:p>
    <w:p>
      <w:pPr>
        <w:ind w:left="576"/>
      </w:pPr>
      <w:r>
        <w:rPr>
          <w:color w:val="6B7280"/>
          <w:sz w:val="17"/>
        </w:rPr>
        <w:t>Variable: Mouvements_enregistr_s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Fixes (stationnaires) (fixes__stationnaires), Mobiles (déplacements fréquents) (mobiles__d_placements_fr_quents), Transfrontaliers (transfrontaliers), Saisonniers (liés aux récoltes ou aux opérations militaires) (saisonniers__li_s_aux_r_coltes_ou_aux_op)</w:t>
      </w:r>
    </w:p>
    <w:p>
      <w:pPr>
        <w:jc w:val="left"/>
      </w:pPr>
      <w:r>
        <w:t>_______________</w:t>
      </w:r>
    </w:p>
    <w:p>
      <w:r>
        <w:rPr>
          <w:b/>
        </w:rPr>
        <w:t>12. Niveau de menace</w:t>
      </w:r>
    </w:p>
    <w:p>
      <w:pPr>
        <w:ind w:left="576"/>
      </w:pPr>
      <w:r>
        <w:rPr>
          <w:color w:val="6B7280"/>
          <w:sz w:val="17"/>
        </w:rPr>
        <w:t>Variable: Niveau_de_menace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Faible (présence sans incidents) (faible__pr_sence_sans_incidents), Modéré (incidents sporadiques) (mod_r___incidents_sporadiques), Élevé (attaques régulières) (_lev___attaques_r_guli_res), Critique (contrôle territorial et violences graves) (critique__contr_le_territorial_et_violen)</w:t>
      </w:r>
    </w:p>
    <w:p>
      <w:pPr>
        <w:jc w:val="left"/>
      </w:pPr>
      <w:r>
        <w:t>_______________</w:t>
      </w:r>
    </w:p>
    <w:p/>
    <w:p>
      <w:r>
        <w:rPr>
          <w:b/>
          <w:color w:val="F59E0B"/>
          <w:sz w:val="28"/>
        </w:rPr>
        <w:t>Questionnaire : 2.2 Mouvement de la population</w:t>
      </w:r>
    </w:p>
    <w:p>
      <w:r>
        <w:t>UID : aMMz6CQRkYronk9U7EDuRA</w:t>
      </w:r>
    </w:p>
    <w:p/>
    <w:p>
      <w:r>
        <w:rPr>
          <w:b/>
        </w:rPr>
        <w:t>1. Quartier/zone</w:t>
      </w:r>
    </w:p>
    <w:p>
      <w:pPr>
        <w:ind w:left="576"/>
      </w:pPr>
      <w:r>
        <w:rPr>
          <w:color w:val="6B7280"/>
          <w:sz w:val="17"/>
        </w:rPr>
        <w:t>Variable: Quartier_zone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Quartier Les Volcans (quartier_les_volcans), Quartier Mikeno (quartier_mikeno), Quartier Mapendo (quartier_mapendo), Quartier Katindo (quartier_katindo), Quartier Himbi (quartier_himbi), Quartier Keshero (quartier_keshero), Quartier Lac Vert (quartier_lac_vert), Quartier Kahembe (quartier_kahembe), Quartier Murara (quartier_murara), Quartier Bujovu (quartier_bujovu), Quartier Majengo (quartier_majengo), Quartier Mabanga nord (quartier_mabanga_nord), Quartier Mabanga sud (quartier_mabanga_sud), Quartier Kasika (quartier_kasika), Quartier Katoyi (quartier_katoyi), Quartier Ndosho (quartier_ndosho), Quartier Mugunga (quartier_mugunga), Quartier Virunga (quartier_virunga)</w:t>
      </w:r>
    </w:p>
    <w:p>
      <w:pPr>
        <w:jc w:val="left"/>
      </w:pPr>
      <w:r>
        <w:t>_______________</w:t>
      </w:r>
    </w:p>
    <w:p>
      <w:r>
        <w:rPr>
          <w:b/>
        </w:rPr>
        <w:t>2. Votre ménage s’est-il déjà déplacé dans le passé à cause d’un problème survenu dans la région ?</w:t>
      </w:r>
    </w:p>
    <w:p>
      <w:pPr>
        <w:ind w:left="576"/>
      </w:pPr>
      <w:r>
        <w:rPr>
          <w:color w:val="6B7280"/>
          <w:sz w:val="17"/>
        </w:rPr>
        <w:t>Variable: Votre_m_nage_s_est_il_d_j_d_p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>
      <w:r>
        <w:rPr>
          <w:b/>
        </w:rPr>
        <w:t>3. Date du dernier déplacement</w:t>
      </w:r>
    </w:p>
    <w:p>
      <w:pPr>
        <w:ind w:left="576"/>
      </w:pPr>
      <w:r>
        <w:rPr>
          <w:color w:val="6B7280"/>
          <w:sz w:val="17"/>
        </w:rPr>
        <w:t>Variable: Date_du_dernier_d_placement  |  Type: Date  |  Obligatoire: Non</w:t>
      </w:r>
    </w:p>
    <w:p>
      <w:pPr>
        <w:ind w:left="576"/>
      </w:pPr>
      <w:r>
        <w:rPr>
          <w:color w:val="4F46E5"/>
          <w:sz w:val="17"/>
        </w:rPr>
        <w:t>⚙️ Logique : ${Votre_m_nage_s_est_il_d_j_d_p} = 'oui'</w:t>
        <w:br/>
      </w:r>
    </w:p>
    <w:p>
      <w:pPr>
        <w:jc w:val="left"/>
      </w:pPr>
      <w:r>
        <w:t>_______________</w:t>
      </w:r>
    </w:p>
    <w:p>
      <w:r>
        <w:rPr>
          <w:b/>
        </w:rPr>
        <w:t xml:space="preserve">4. Votre menage est-il toujours en déplacement ? </w:t>
      </w:r>
    </w:p>
    <w:p>
      <w:pPr>
        <w:ind w:left="576"/>
      </w:pPr>
      <w:r>
        <w:rPr>
          <w:color w:val="6B7280"/>
          <w:sz w:val="17"/>
        </w:rPr>
        <w:t>Variable: Votre_menage_est_il_ours_en_d_placement_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ind w:left="576"/>
      </w:pPr>
      <w:r>
        <w:rPr>
          <w:color w:val="4F46E5"/>
          <w:sz w:val="17"/>
        </w:rPr>
        <w:t>⚙️ Logique : ${Votre_m_nage_s_est_il_d_j_d_p} = 'oui'</w:t>
        <w:br/>
      </w:r>
    </w:p>
    <w:p>
      <w:pPr>
        <w:jc w:val="left"/>
      </w:pPr>
      <w:r>
        <w:t>_______________</w:t>
      </w:r>
    </w:p>
    <w:p>
      <w:r>
        <w:rPr>
          <w:b/>
        </w:rPr>
        <w:t>5. Où vivez-vous (Où viviez-vous) durant la période de déplacement</w:t>
      </w:r>
    </w:p>
    <w:p>
      <w:pPr>
        <w:ind w:left="576"/>
      </w:pPr>
      <w:r>
        <w:rPr>
          <w:color w:val="6B7280"/>
          <w:sz w:val="17"/>
        </w:rPr>
        <w:t>Variable: O_vivez_vous_O_viviez_vous_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Famille d'acceuil (Sans lien de famille) (famille_d_acceuil__sans_lien_d), Membre de famille (membre_de_famille), Camps de déplacés  (camps_de_d_plac_s), Abris de fortune (abris_de_fortune), Residence secondaire (residence_secondaire), Autre (autre)</w:t>
      </w:r>
    </w:p>
    <w:p>
      <w:pPr>
        <w:jc w:val="left"/>
      </w:pPr>
      <w:r>
        <w:t>_______________</w:t>
      </w:r>
    </w:p>
    <w:p>
      <w:r>
        <w:rPr>
          <w:b/>
        </w:rPr>
        <w:t>6. Autre lieu</w:t>
      </w:r>
    </w:p>
    <w:p>
      <w:pPr>
        <w:ind w:left="576"/>
      </w:pPr>
      <w:r>
        <w:rPr>
          <w:color w:val="6B7280"/>
          <w:sz w:val="17"/>
        </w:rPr>
        <w:t>Variable: Autre_lieu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${O_vivez_vous_O_viviez_vous_} = 'autre'</w:t>
        <w:br/>
      </w:r>
    </w:p>
    <w:p>
      <w:pPr>
        <w:jc w:val="left"/>
      </w:pPr>
      <w:r>
        <w:t>_______________</w:t>
      </w:r>
    </w:p>
    <w:p>
      <w:r>
        <w:rPr>
          <w:b/>
        </w:rPr>
        <w:t>7. Lieu d’origine</w:t>
      </w:r>
    </w:p>
    <w:p>
      <w:pPr>
        <w:ind w:left="576"/>
      </w:pPr>
      <w:r>
        <w:rPr>
          <w:color w:val="6B7280"/>
          <w:sz w:val="17"/>
        </w:rPr>
        <w:t>Variable: Lieu_d_origine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Masisi (masisi), Oicha (oicha), Lubero (lubero), Rutshuru (rutshuru), Walikale  (walikale), Nyiragongo (nyiragongo), Beni ville (beni_ville), Butembo (butembo), Autre (autre)</w:t>
      </w:r>
    </w:p>
    <w:p>
      <w:pPr>
        <w:ind w:left="576"/>
      </w:pPr>
      <w:r>
        <w:rPr>
          <w:color w:val="4F46E5"/>
          <w:sz w:val="17"/>
        </w:rPr>
        <w:t>⚙️ Logique : ${Votre_m_nage_s_est_il_d_j_d_p} = 'oui'</w:t>
        <w:br/>
      </w:r>
    </w:p>
    <w:p>
      <w:pPr>
        <w:jc w:val="left"/>
      </w:pPr>
      <w:r>
        <w:t>_______________</w:t>
      </w:r>
    </w:p>
    <w:p>
      <w:r>
        <w:rPr>
          <w:b/>
        </w:rPr>
        <w:t>8. Lieu d’arrivée</w:t>
      </w:r>
    </w:p>
    <w:p>
      <w:pPr>
        <w:ind w:left="576"/>
      </w:pPr>
      <w:r>
        <w:rPr>
          <w:color w:val="6B7280"/>
          <w:sz w:val="17"/>
        </w:rPr>
        <w:t>Variable: Lieu_d_arriv_e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Masisi (masisi), Oicha (oicha), Lubero (lubero), Rutshuru (rutshuru), Walikale  (walikale), Nyiragongo (nyiragongo), Beni ville (beni_ville), Butembo (butembo), Autre (autre)</w:t>
      </w:r>
    </w:p>
    <w:p>
      <w:pPr>
        <w:ind w:left="576"/>
      </w:pPr>
      <w:r>
        <w:rPr>
          <w:color w:val="4F46E5"/>
          <w:sz w:val="17"/>
        </w:rPr>
        <w:t>⚙️ Logique : ${Votre_m_nage_s_est_il_d_j_d_p} = 'oui'</w:t>
        <w:br/>
      </w:r>
    </w:p>
    <w:p>
      <w:pPr>
        <w:jc w:val="left"/>
      </w:pPr>
      <w:r>
        <w:t>_______________</w:t>
      </w:r>
    </w:p>
    <w:p>
      <w:r>
        <w:rPr>
          <w:b/>
        </w:rPr>
        <w:t>9. Raison du déplacement</w:t>
      </w:r>
    </w:p>
    <w:p>
      <w:pPr>
        <w:ind w:left="576"/>
      </w:pPr>
      <w:r>
        <w:rPr>
          <w:color w:val="6B7280"/>
          <w:sz w:val="17"/>
        </w:rPr>
        <w:t>Variable: Raison_du_d_placement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Conflits armés ou guerres civiles (conflits_arm_s_ou_guerres_civi), Persécutions ethniques (pers_cutions_ethniques), Persécutions religieuses (pers_cutions_religieuses), Expulsions ou transferts forcés (expulsions_ou_transferts_forc_), Catastrophes naturelles (Séismes, inondations, éruptions volcaniques, sécheresses,...) (catastrophes_naturelles__s_ism), Changements climatiques (montée du niveau de la mer,..._ (changements_climatiques__mont_), Dégradation des terres (désertification et la perte de ressources agricoles) (d_gradation_des_terres__d_sert), Recherche d’emploi et meilleures conditions de vie (recherche_d_emploi_et_meilleur), Accès à l’éducation et aux services de santé (acc_s___l_ducation_et_aux_serv), Urbanisation et développement (urbanisation_et_d_veloppement), Mariages ou regroupements familiaux (mariages_ou_regroupements_fami), Exil volontaire (exil_volontaire), Autre (autre)</w:t>
      </w:r>
    </w:p>
    <w:p>
      <w:pPr>
        <w:ind w:left="576"/>
      </w:pPr>
      <w:r>
        <w:rPr>
          <w:color w:val="4F46E5"/>
          <w:sz w:val="17"/>
        </w:rPr>
        <w:t>⚙️ Logique : ${Votre_m_nage_s_est_il_d_j_d_p} = 'oui'</w:t>
        <w:br/>
      </w:r>
    </w:p>
    <w:p>
      <w:pPr>
        <w:jc w:val="left"/>
      </w:pPr>
      <w:r>
        <w:t>_______________</w:t>
      </w:r>
    </w:p>
    <w:p>
      <w:r>
        <w:rPr>
          <w:b/>
        </w:rPr>
        <w:t xml:space="preserve">10. Autre raison de déplacement </w:t>
      </w:r>
    </w:p>
    <w:p>
      <w:pPr>
        <w:ind w:left="576"/>
      </w:pPr>
      <w:r>
        <w:rPr>
          <w:color w:val="6B7280"/>
          <w:sz w:val="17"/>
        </w:rPr>
        <w:t>Variable: Autre_raison_de_d_placement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selected(${Raison_du_d_placement}, 'autre')</w:t>
        <w:br/>
      </w:r>
    </w:p>
    <w:p>
      <w:pPr>
        <w:jc w:val="left"/>
      </w:pPr>
      <w:r>
        <w:t>_______________</w:t>
      </w:r>
    </w:p>
    <w:p>
      <w:r>
        <w:rPr>
          <w:b/>
        </w:rPr>
        <w:t xml:space="preserve">11. Voulez-vous retourner dans votre lieu d'orgine ? </w:t>
      </w:r>
    </w:p>
    <w:p>
      <w:pPr>
        <w:ind w:left="576"/>
      </w:pPr>
      <w:r>
        <w:rPr>
          <w:color w:val="6B7280"/>
          <w:sz w:val="17"/>
        </w:rPr>
        <w:t>Variable: Voulez_vous_retourne_votre_lieu_d_orgine_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ind w:left="576"/>
      </w:pPr>
      <w:r>
        <w:rPr>
          <w:color w:val="4F46E5"/>
          <w:sz w:val="17"/>
        </w:rPr>
        <w:t>⚙️ Logique : ${Votre_m_nage_s_est_il_d_j_d_p} = 'oui'</w:t>
        <w:br/>
      </w:r>
    </w:p>
    <w:p>
      <w:pPr>
        <w:jc w:val="left"/>
      </w:pPr>
      <w:r>
        <w:t>_______________</w:t>
      </w:r>
    </w:p>
    <w:p>
      <w:r>
        <w:rPr>
          <w:b/>
        </w:rPr>
        <w:t xml:space="preserve">12. Date de retour prévue ? </w:t>
      </w:r>
    </w:p>
    <w:p>
      <w:pPr>
        <w:ind w:left="576"/>
      </w:pPr>
      <w:r>
        <w:rPr>
          <w:color w:val="6B7280"/>
          <w:sz w:val="17"/>
        </w:rPr>
        <w:t>Variable: Date_de_retour_pr_vue_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ind w:left="576"/>
      </w:pPr>
      <w:r>
        <w:rPr>
          <w:color w:val="4F46E5"/>
          <w:sz w:val="17"/>
        </w:rPr>
        <w:t>⚙️ Logique : ${Votre_m_nage_s_est_il_d_j_d_p} = 'oui'</w:t>
        <w:br/>
      </w:r>
    </w:p>
    <w:p>
      <w:pPr>
        <w:jc w:val="left"/>
      </w:pPr>
      <w:r>
        <w:t>_______________</w:t>
      </w:r>
    </w:p>
    <w:p>
      <w:r>
        <w:rPr>
          <w:b/>
        </w:rPr>
        <w:t>13. Date de retour</w:t>
      </w:r>
    </w:p>
    <w:p>
      <w:pPr>
        <w:ind w:left="576"/>
      </w:pPr>
      <w:r>
        <w:rPr>
          <w:color w:val="6B7280"/>
          <w:sz w:val="17"/>
        </w:rPr>
        <w:t>Variable: Date_de_retour  |  Type: Date  |  Obligatoire: Non</w:t>
      </w:r>
    </w:p>
    <w:p>
      <w:pPr>
        <w:ind w:left="576"/>
      </w:pPr>
      <w:r>
        <w:rPr>
          <w:color w:val="4F46E5"/>
          <w:sz w:val="17"/>
        </w:rPr>
        <w:t>⚙️ Logique : ${Date_de_retour_pr_vue_} = 'oui'</w:t>
        <w:br/>
      </w:r>
    </w:p>
    <w:p>
      <w:pPr>
        <w:jc w:val="left"/>
      </w:pPr>
      <w:r>
        <w:t>_______________</w:t>
      </w:r>
    </w:p>
    <w:p/>
    <w:p>
      <w:r>
        <w:rPr>
          <w:b/>
          <w:color w:val="F59E0B"/>
          <w:sz w:val="28"/>
        </w:rPr>
        <w:t>Questionnaire : 2.3 Violences Basées sur le Genre (VBG)</w:t>
      </w:r>
    </w:p>
    <w:p>
      <w:r>
        <w:t>UID : av6KPejTCARrogDuZrPmnq</w:t>
      </w:r>
    </w:p>
    <w:p/>
    <w:p>
      <w:r>
        <w:rPr>
          <w:b/>
        </w:rPr>
        <w:t>1. Quartier/zone</w:t>
      </w:r>
    </w:p>
    <w:p>
      <w:pPr>
        <w:ind w:left="576"/>
      </w:pPr>
      <w:r>
        <w:rPr>
          <w:color w:val="6B7280"/>
          <w:sz w:val="17"/>
        </w:rPr>
        <w:t>Variable: Quartier_zone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Quartier Les Volcans (quartier_les_volcans), Quartier Mikeno (quartier_mikeno), Quartier Mapendo (quartier_mapendo), Quartier Katindo (quartier_katindo), Quartier Himbi (quartier_himbi), Quartier Keshero (quartier_keshero), Quartier Lac Vert (quartier_lac_vert), Quartier Kahembe (quartier_kahembe), Quartier Murara (quartier_murara), Quartier Bujovu (quartier_bujovu), Quartier Majengo (quartier_majengo), Quartier Mabanga nord (quartier_mabanga_nord), Quartier Mabanga sud (quartier_mabanga_sud), Quartier Kasika (quartier_kasika), Quartier Katoyi (quartier_katoyi), Quartier Ndosho (quartier_ndosho), Quartier Mugunga (quartier_mugunga), Quartier Virunga (quartier_virunga)</w:t>
      </w:r>
    </w:p>
    <w:p>
      <w:pPr>
        <w:jc w:val="left"/>
      </w:pPr>
      <w:r>
        <w:t>_______________</w:t>
      </w:r>
    </w:p>
    <w:p>
      <w:r>
        <w:rPr>
          <w:b/>
        </w:rPr>
        <w:t>2. Vous ou un membre du ménage a déjà été victime d'une VBG</w:t>
      </w:r>
    </w:p>
    <w:p>
      <w:pPr>
        <w:ind w:left="576"/>
      </w:pPr>
      <w:r>
        <w:rPr>
          <w:color w:val="6B7280"/>
          <w:sz w:val="17"/>
        </w:rPr>
        <w:t>Variable: Vous_ou_un_membre_du_t_victime_d_une_VBG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>
      <w:r>
        <w:rPr>
          <w:b/>
        </w:rPr>
        <w:t>3. Type de VBG</w:t>
      </w:r>
    </w:p>
    <w:p>
      <w:pPr>
        <w:ind w:left="576"/>
      </w:pPr>
      <w:r>
        <w:rPr>
          <w:color w:val="6B7280"/>
          <w:sz w:val="17"/>
        </w:rPr>
        <w:t>Variable: Type_de_VBG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Viol (viol), Harcèlement (harc_lement), Mariage forcé (mariage_forc), Violence physique (violence_physique), Violence économique (violence__conomique), Exploitation sexuelle (exploitation_sexuelle), Autre (autre)</w:t>
      </w:r>
    </w:p>
    <w:p>
      <w:pPr>
        <w:jc w:val="left"/>
      </w:pPr>
      <w:r>
        <w:t>_______________</w:t>
      </w:r>
    </w:p>
    <w:p>
      <w:r>
        <w:rPr>
          <w:b/>
        </w:rPr>
        <w:t>4. Autre type de VBG</w:t>
      </w:r>
    </w:p>
    <w:p>
      <w:pPr>
        <w:ind w:left="576"/>
      </w:pPr>
      <w:r>
        <w:rPr>
          <w:color w:val="6B7280"/>
          <w:sz w:val="17"/>
        </w:rPr>
        <w:t>Variable: Autre_type_de_VBG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selected(${Type_de_VBG}, 'autre')</w:t>
        <w:br/>
      </w:r>
    </w:p>
    <w:p>
      <w:pPr>
        <w:jc w:val="left"/>
      </w:pPr>
      <w:r>
        <w:t>_______________</w:t>
      </w:r>
    </w:p>
    <w:p>
      <w:r>
        <w:rPr>
          <w:b/>
        </w:rPr>
        <w:t>5. Sexe de la victime</w:t>
      </w:r>
    </w:p>
    <w:p>
      <w:pPr>
        <w:ind w:left="576"/>
      </w:pPr>
      <w:r>
        <w:rPr>
          <w:color w:val="6B7280"/>
          <w:sz w:val="17"/>
        </w:rPr>
        <w:t>Variable: Sexe_de_la_victime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Masculin (masculin), Féminin (f_minin)</w:t>
      </w:r>
    </w:p>
    <w:p>
      <w:pPr>
        <w:jc w:val="left"/>
      </w:pPr>
      <w:r>
        <w:t>_______________</w:t>
      </w:r>
    </w:p>
    <w:p>
      <w:r>
        <w:rPr>
          <w:b/>
        </w:rPr>
        <w:t>6. Âge de la victime au moment des faits</w:t>
      </w:r>
    </w:p>
    <w:p>
      <w:pPr>
        <w:ind w:left="576"/>
      </w:pPr>
      <w:r>
        <w:rPr>
          <w:color w:val="6B7280"/>
          <w:sz w:val="17"/>
        </w:rPr>
        <w:t>Variable: _ge_de_la_victime_au_moment_des_faits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7. Lieu du dernier incident en date</w:t>
      </w:r>
    </w:p>
    <w:p>
      <w:pPr>
        <w:ind w:left="576"/>
      </w:pPr>
      <w:r>
        <w:rPr>
          <w:color w:val="6B7280"/>
          <w:sz w:val="17"/>
        </w:rPr>
        <w:t>Variable: Lieu_du_dernier_incident_en_date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Les Volcans (les_volcans), Mikeno (mikeno), Mapendo (mapendo), Katindo (katindo), Himbi (himbi), Kyeshero (kyeshero), Lac Vert (lac_vert), Kahembe (kahembe), Murara (murara), Bujovu (bujovu), Majengo (majengo), Mabanga nord (mabanga_nord), Mabanga sud (mabanga_sud), Kasika (kasika), Katoyi (katoyi), Ndosho (ndosho), Mugunga (mugunga), Virunga (virunga)</w:t>
      </w:r>
    </w:p>
    <w:p>
      <w:pPr>
        <w:jc w:val="left"/>
      </w:pPr>
      <w:r>
        <w:t>_______________</w:t>
      </w:r>
    </w:p>
    <w:p>
      <w:r>
        <w:rPr>
          <w:b/>
        </w:rPr>
        <w:t>8. Date du dernier incident</w:t>
      </w:r>
    </w:p>
    <w:p>
      <w:pPr>
        <w:ind w:left="576"/>
      </w:pPr>
      <w:r>
        <w:rPr>
          <w:color w:val="6B7280"/>
          <w:sz w:val="17"/>
        </w:rPr>
        <w:t>Variable: Date_du_dernier_incident  |  Type: Date  |  Obligatoire: Non</w:t>
      </w:r>
    </w:p>
    <w:p>
      <w:pPr>
        <w:jc w:val="left"/>
      </w:pPr>
      <w:r>
        <w:t>_______________</w:t>
      </w:r>
    </w:p>
    <w:p>
      <w:r>
        <w:rPr>
          <w:b/>
        </w:rPr>
        <w:t>9. Distance en minute entre le lieu de l'incident et le domicile</w:t>
      </w:r>
    </w:p>
    <w:p>
      <w:pPr>
        <w:ind w:left="576"/>
      </w:pPr>
      <w:r>
        <w:rPr>
          <w:color w:val="6B7280"/>
          <w:sz w:val="17"/>
        </w:rPr>
        <w:t>Variable: Distance_en_minute_e_ident_et_le_domicile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 xml:space="preserve">10. Auteur identifié ? </w:t>
      </w:r>
    </w:p>
    <w:p>
      <w:pPr>
        <w:ind w:left="576"/>
      </w:pPr>
      <w:r>
        <w:rPr>
          <w:color w:val="6B7280"/>
          <w:sz w:val="17"/>
        </w:rPr>
        <w:t>Variable: Auteur_identifi_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>
      <w:r>
        <w:rPr>
          <w:b/>
        </w:rPr>
        <w:t xml:space="preserve">11. Nombre d'auteurs </w:t>
      </w:r>
    </w:p>
    <w:p>
      <w:pPr>
        <w:ind w:left="576"/>
      </w:pPr>
      <w:r>
        <w:rPr>
          <w:color w:val="6B7280"/>
          <w:sz w:val="17"/>
        </w:rPr>
        <w:t>Variable: Nombre_d_auteurs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Un seul (un_seul), Plus d'un (plus_d_un)</w:t>
      </w:r>
    </w:p>
    <w:p>
      <w:pPr>
        <w:jc w:val="left"/>
      </w:pPr>
      <w:r>
        <w:t>_______________</w:t>
      </w:r>
    </w:p>
    <w:p>
      <w:r>
        <w:rPr>
          <w:b/>
        </w:rPr>
        <w:t>12. Lieu de premier recours</w:t>
      </w:r>
    </w:p>
    <w:p>
      <w:pPr>
        <w:ind w:left="576"/>
      </w:pPr>
      <w:r>
        <w:rPr>
          <w:color w:val="6B7280"/>
          <w:sz w:val="17"/>
        </w:rPr>
        <w:t>Variable: Lieu_de_premier_recours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Aucun (aucun), Hôpital/Dispensaire (h_pital_dispensaire), Pharmacie (pharmacie), Police (police), Monusco (monusco), Ami ou proche (ami_ou_proche), Autre (autre)</w:t>
      </w:r>
    </w:p>
    <w:p>
      <w:pPr>
        <w:jc w:val="left"/>
      </w:pPr>
      <w:r>
        <w:t>_______________</w:t>
      </w:r>
    </w:p>
    <w:p>
      <w:r>
        <w:rPr>
          <w:b/>
        </w:rPr>
        <w:t>13. Autre premier recours</w:t>
      </w:r>
    </w:p>
    <w:p>
      <w:pPr>
        <w:ind w:left="576"/>
      </w:pPr>
      <w:r>
        <w:rPr>
          <w:color w:val="6B7280"/>
          <w:sz w:val="17"/>
        </w:rPr>
        <w:t>Variable: Autre_premier_recours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${Lieu_de_premier_recours} = 'autre'</w:t>
        <w:br/>
      </w:r>
    </w:p>
    <w:p>
      <w:pPr>
        <w:jc w:val="left"/>
      </w:pPr>
      <w:r>
        <w:t>_______________</w:t>
      </w:r>
    </w:p>
    <w:p>
      <w:r>
        <w:rPr>
          <w:b/>
        </w:rPr>
        <w:t>14. Service d’assistance reçu</w:t>
      </w:r>
    </w:p>
    <w:p>
      <w:pPr>
        <w:ind w:left="576"/>
      </w:pPr>
      <w:r>
        <w:rPr>
          <w:color w:val="6B7280"/>
          <w:sz w:val="17"/>
        </w:rPr>
        <w:t>Variable: Service_d_assistance_re_u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Santé (sant), Psycho-social (psycho_social), Juridique (juridique), Autre (autre)</w:t>
      </w:r>
    </w:p>
    <w:p>
      <w:pPr>
        <w:jc w:val="left"/>
      </w:pPr>
      <w:r>
        <w:t>_______________</w:t>
      </w:r>
    </w:p>
    <w:p>
      <w:r>
        <w:rPr>
          <w:b/>
        </w:rPr>
        <w:t>15. Autre assistance</w:t>
      </w:r>
    </w:p>
    <w:p>
      <w:pPr>
        <w:ind w:left="576"/>
      </w:pPr>
      <w:r>
        <w:rPr>
          <w:color w:val="6B7280"/>
          <w:sz w:val="17"/>
        </w:rPr>
        <w:t>Variable: Autre_assistance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selected(${Service_d_assistance_re_u}, 'autre')</w:t>
        <w:br/>
      </w:r>
    </w:p>
    <w:p>
      <w:pPr>
        <w:jc w:val="left"/>
      </w:pPr>
      <w:r>
        <w:t>_______________</w:t>
      </w:r>
    </w:p>
    <w:p>
      <w:r>
        <w:rPr>
          <w:b/>
        </w:rPr>
        <w:t>16. Temps écoulé avant la prise en charge</w:t>
      </w:r>
    </w:p>
    <w:p>
      <w:pPr>
        <w:ind w:left="576"/>
      </w:pPr>
      <w:r>
        <w:rPr>
          <w:color w:val="6B7280"/>
          <w:sz w:val="17"/>
        </w:rPr>
        <w:t>Variable: Temps_coul_avant_la_prise_en_charge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Moins d'une heure (moins_d_une_heure), Entre une heure et deux heures (entre_une_heure_et_deux_heures), Entre deux heure et six heures (entre_deux_heure_et_six_heures), Plus de 6 heures mais moins d'un jour (plus_de_6_heures_mais_moins_d_un_jour), Au dela d'un jours mais moins d'une semaine (au_dela_d_un_jours_mais_moins_d_une_sema), Plus d'une semaine (plus_d_une_semaine)</w:t>
      </w:r>
    </w:p>
    <w:p>
      <w:pPr>
        <w:jc w:val="left"/>
      </w:pPr>
      <w:r>
        <w:t>_______________</w:t>
      </w:r>
    </w:p>
    <w:p>
      <w:r>
        <w:rPr>
          <w:b/>
        </w:rPr>
        <w:t>17. Procédure judiciaire engagée a ce jour</w:t>
      </w:r>
    </w:p>
    <w:p>
      <w:pPr>
        <w:ind w:left="576"/>
      </w:pPr>
      <w:r>
        <w:rPr>
          <w:color w:val="6B7280"/>
          <w:sz w:val="17"/>
        </w:rPr>
        <w:t>Variable: Proc_dure_judiciaire_engag_e_a_ce_jour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>
      <w:r>
        <w:br w:type="page"/>
      </w:r>
    </w:p>
    <w:p>
      <w:pPr>
        <w:pStyle w:val="Heading1"/>
      </w:pPr>
      <w:r>
        <w:rPr>
          <w:color w:val="10B981"/>
        </w:rPr>
        <w:t>Dossier : SITUATION HUMANITAIRE</w:t>
      </w:r>
    </w:p>
    <w:p/>
    <w:p>
      <w:r>
        <w:rPr>
          <w:b/>
          <w:color w:val="F59E0B"/>
          <w:sz w:val="28"/>
        </w:rPr>
        <w:t>Questionnaire : 3.3 Accès à l’eau potable</w:t>
      </w:r>
    </w:p>
    <w:p>
      <w:r>
        <w:t>UID : aHVWpob4nsXjUy8Y3ajjmj</w:t>
      </w:r>
    </w:p>
    <w:p/>
    <w:p>
      <w:r>
        <w:rPr>
          <w:b/>
        </w:rPr>
        <w:t>1. Quartier/zone</w:t>
      </w:r>
    </w:p>
    <w:p>
      <w:pPr>
        <w:ind w:left="576"/>
      </w:pPr>
      <w:r>
        <w:rPr>
          <w:color w:val="6B7280"/>
          <w:sz w:val="17"/>
        </w:rPr>
        <w:t>Variable: Quartier_zone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Quartier Les Volcans (quartier_les_volcans), Quartier Mikeno (quartier_mikeno), Quartier Mapendo (quartier_mapendo), Quartier Katindo (quartier_katindo), Quartier Himbi (quartier_himbi), Quartier Keshero (quartier_keshero), Quartier Lac Vert (quartier_lac_vert), Quartier Kahembe (quartier_kahembe), Quartier Murara (quartier_murara), Quartier Bujovu (quartier_bujovu), Quartier Majengo (quartier_majengo), Quartier Mabanga nord (quartier_mabanga_nord), Quartier Mabanga sud (quartier_mabanga_sud), Quartier Kasika (quartier_kasika), Quartier Katoyi (quartier_katoyi), Quartier Ndosho (quartier_ndosho), Quartier Mugunga (quartier_mugunga), Quartier Virunga (quartier_virunga)</w:t>
      </w:r>
    </w:p>
    <w:p>
      <w:pPr>
        <w:jc w:val="left"/>
      </w:pPr>
      <w:r>
        <w:t>_______________</w:t>
      </w:r>
    </w:p>
    <w:p>
      <w:r>
        <w:rPr>
          <w:b/>
        </w:rPr>
        <w:t>2. Quelle est la source principale d’eau que votre ménage utilise pour boire ?</w:t>
      </w:r>
    </w:p>
    <w:p>
      <w:pPr>
        <w:ind w:left="576"/>
      </w:pPr>
      <w:r>
        <w:rPr>
          <w:color w:val="6B7280"/>
          <w:sz w:val="17"/>
        </w:rPr>
        <w:t>Variable: Quelle_est_la_source_principal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Robinet dans le logement (robinet_dans_le_logement), Robinet dans la parcelle / cour (robinet_dans_la_parcelle___cou), Borne-fontaine publique (borne_fontaine_publique), Forage / Puits mécanique (forage___puits_m_canique), Puits traditionnel protégé (puits_traditionnel_prot_g), Puits traditionnel non protégé (puits_traditionnel_non_prot_g), Source naturelle protégée (source_naturelle_prot_g_e), Source naturelle non protégée (source_naturelle_non_prot_g_e), Eau de rivière / lac (eau_de_rivi_re___lac), Eau de pluie (eau_de_pluie), Camion-citerne / vendeur ambulant (camion_citerne___vendeur_ambul), Pack d’eau potable (sachets, bouteilles) (pack_d_eau_potable__sachets__b), Autre (préciser) (autre__pr_ciser)</w:t>
      </w:r>
    </w:p>
    <w:p>
      <w:pPr>
        <w:jc w:val="left"/>
      </w:pPr>
      <w:r>
        <w:t>_______________</w:t>
      </w:r>
    </w:p>
    <w:p>
      <w:r>
        <w:rPr>
          <w:b/>
        </w:rPr>
        <w:t>3. Autre (préciser)</w:t>
      </w:r>
    </w:p>
    <w:p>
      <w:pPr>
        <w:ind w:left="576"/>
      </w:pPr>
      <w:r>
        <w:rPr>
          <w:color w:val="6B7280"/>
          <w:sz w:val="17"/>
        </w:rPr>
        <w:t>Variable: Autre_pr_ciser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${Quelle_est_la_source_principal} = 'autre__pr_ciser'</w:t>
        <w:br/>
      </w:r>
    </w:p>
    <w:p>
      <w:pPr>
        <w:jc w:val="left"/>
      </w:pPr>
      <w:r>
        <w:t>_______________</w:t>
      </w:r>
    </w:p>
    <w:p>
      <w:r>
        <w:rPr>
          <w:b/>
        </w:rPr>
        <w:t>4. Quelle est la distance approximative entre votre ménage et la source d’eau principale ?</w:t>
      </w:r>
    </w:p>
    <w:p>
      <w:pPr>
        <w:ind w:left="576"/>
      </w:pPr>
      <w:r>
        <w:rPr>
          <w:color w:val="6B7280"/>
          <w:sz w:val="17"/>
        </w:rPr>
        <w:t>Variable: Quelle_est_la_distan_ce_d_eau_principale_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5. Combien de temps faut-il en moyenne pour faire l’aller-retour jusqu’à la source d’eau principale ?</w:t>
      </w:r>
    </w:p>
    <w:p>
      <w:pPr>
        <w:ind w:left="576"/>
      </w:pPr>
      <w:r>
        <w:rPr>
          <w:color w:val="6B7280"/>
          <w:sz w:val="17"/>
        </w:rPr>
        <w:t>Variable: Combien_de_temps_fau_ce_d_eau_principale_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6. Payez vous pour avoir accès à la source d’eau principale ?</w:t>
      </w:r>
    </w:p>
    <w:p>
      <w:pPr>
        <w:ind w:left="576"/>
      </w:pPr>
      <w:r>
        <w:rPr>
          <w:color w:val="6B7280"/>
          <w:sz w:val="17"/>
        </w:rPr>
        <w:t>Variable: Payez_vous_pour_avoir_acc_s_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Oui, par jerrican/bidon (20 litres)  (oui__par_jerrican_bidon__20_li), Oui par mois (oui_par_mois), Non, c'est gratuit (non__c_est_gratuit)</w:t>
      </w:r>
    </w:p>
    <w:p>
      <w:pPr>
        <w:jc w:val="left"/>
      </w:pPr>
      <w:r>
        <w:t>_______________</w:t>
      </w:r>
    </w:p>
    <w:p>
      <w:r>
        <w:rPr>
          <w:b/>
        </w:rPr>
        <w:t>7. Quel est le prix actuel d’un jerrican/bidon (20 litres) d’eau à votre source principale ?</w:t>
      </w:r>
    </w:p>
    <w:p>
      <w:pPr>
        <w:ind w:left="576"/>
      </w:pPr>
      <w:r>
        <w:rPr>
          <w:color w:val="6B7280"/>
          <w:sz w:val="17"/>
        </w:rPr>
        <w:t>Variable: Quel_est_le_prix_act_e_source_principale_  |  Type: Nombre Entier  |  Obligatoire: Non</w:t>
      </w:r>
    </w:p>
    <w:p>
      <w:pPr>
        <w:ind w:left="576"/>
      </w:pPr>
      <w:r>
        <w:rPr>
          <w:color w:val="4F46E5"/>
          <w:sz w:val="17"/>
        </w:rPr>
        <w:t>⚙️ Logique : ${Payez_vous_pour_avoir_acc_s_} = 'oui__par_jerrican_bidon__20_li'</w:t>
        <w:br/>
      </w:r>
    </w:p>
    <w:p>
      <w:pPr>
        <w:jc w:val="left"/>
      </w:pPr>
      <w:r>
        <w:t>_______________</w:t>
      </w:r>
    </w:p>
    <w:p>
      <w:r>
        <w:rPr>
          <w:b/>
        </w:rPr>
        <w:t>8. Quel est le montant de la dernière facture d’eau à votre source principale ?</w:t>
      </w:r>
    </w:p>
    <w:p>
      <w:pPr>
        <w:ind w:left="576"/>
      </w:pPr>
      <w:r>
        <w:rPr>
          <w:color w:val="6B7280"/>
          <w:sz w:val="17"/>
        </w:rPr>
        <w:t>Variable: Quel_est_le_montant_e_source_principale_  |  Type: Nombre Entier  |  Obligatoire: Non</w:t>
      </w:r>
    </w:p>
    <w:p>
      <w:pPr>
        <w:ind w:left="576"/>
      </w:pPr>
      <w:r>
        <w:rPr>
          <w:color w:val="4F46E5"/>
          <w:sz w:val="17"/>
        </w:rPr>
        <w:t>⚙️ Logique : ${Payez_vous_pour_avoir_acc_s_} = 'oui_par_mois'</w:t>
        <w:br/>
      </w:r>
    </w:p>
    <w:p>
      <w:pPr>
        <w:jc w:val="left"/>
      </w:pPr>
      <w:r>
        <w:t>_______________</w:t>
      </w:r>
    </w:p>
    <w:p>
      <w:r>
        <w:rPr>
          <w:b/>
        </w:rPr>
        <w:t>9. L’eau est-elle disponible chaque jour à la source principale ?</w:t>
      </w:r>
    </w:p>
    <w:p>
      <w:pPr>
        <w:ind w:left="576"/>
      </w:pPr>
      <w:r>
        <w:rPr>
          <w:color w:val="6B7280"/>
          <w:sz w:val="17"/>
        </w:rPr>
        <w:t>Variable: L_eau_est_elle_disponible_chaq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Oui, 24h/24 (oui__24h_24), Oui, mais seulement certaines heures (préciser les plages horaires) (oui__mais_seulement_certaines_heures__pr), Non, certaines journées l’eau n’est pas disponible (non__certaines_journ_es_l_eau_n_est_pas_), Non, disponibilité très irrégulière (non__disponibilit__tr_s_irr_guli_re)</w:t>
      </w:r>
    </w:p>
    <w:p>
      <w:pPr>
        <w:jc w:val="left"/>
      </w:pPr>
      <w:r>
        <w:t>_______________</w:t>
      </w:r>
    </w:p>
    <w:p>
      <w:r>
        <w:rPr>
          <w:b/>
        </w:rPr>
        <w:t>10. Quels jours manque l’eau ?</w:t>
      </w:r>
    </w:p>
    <w:p>
      <w:pPr>
        <w:ind w:left="576"/>
      </w:pPr>
      <w:r>
        <w:rPr>
          <w:color w:val="6B7280"/>
          <w:sz w:val="17"/>
        </w:rPr>
        <w:t>Variable: Quels_jours_manque_l_eau_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Lundi (lundi), Mardi (mardi), Mercredi (mercredi), Jeudi (jeudi), Vendredi (vendredi), Samedi (samedi), Dimanche (dimanche)</w:t>
      </w:r>
    </w:p>
    <w:p>
      <w:pPr>
        <w:ind w:left="576"/>
      </w:pPr>
      <w:r>
        <w:rPr>
          <w:color w:val="4F46E5"/>
          <w:sz w:val="17"/>
        </w:rPr>
        <w:t>⚙️ Logique : ${L_eau_est_elle_disponible_chaq} = 'non__certaines_journ_es_l_eau_n_est_pas_'</w:t>
        <w:br/>
      </w:r>
    </w:p>
    <w:p>
      <w:pPr>
        <w:jc w:val="left"/>
      </w:pPr>
      <w:r>
        <w:t>_______________</w:t>
      </w:r>
    </w:p>
    <w:p>
      <w:r>
        <w:rPr>
          <w:b/>
        </w:rPr>
        <w:t>11. Quelles heures manque l’eau ?</w:t>
      </w:r>
    </w:p>
    <w:p>
      <w:pPr>
        <w:ind w:left="576"/>
      </w:pPr>
      <w:r>
        <w:rPr>
          <w:color w:val="6B7280"/>
          <w:sz w:val="17"/>
        </w:rPr>
        <w:t>Variable: Quelles_heures_manque_l_eau_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Le matin (le_matin), Au milieu de la journée (au_milieu_de_la_journ_e), Le soir (le_soir), La nuit (la_nuit)</w:t>
      </w:r>
    </w:p>
    <w:p>
      <w:pPr>
        <w:ind w:left="576"/>
      </w:pPr>
      <w:r>
        <w:rPr>
          <w:color w:val="4F46E5"/>
          <w:sz w:val="17"/>
        </w:rPr>
        <w:t>⚙️ Logique : ${L_eau_est_elle_disponible_chaq} = 'oui__mais_seulement_certaines_heures__pr'</w:t>
        <w:br/>
      </w:r>
    </w:p>
    <w:p>
      <w:pPr>
        <w:jc w:val="left"/>
      </w:pPr>
      <w:r>
        <w:t>_______________</w:t>
      </w:r>
    </w:p>
    <w:p>
      <w:r>
        <w:rPr>
          <w:b/>
        </w:rPr>
        <w:t>12. Comment évaluez-vous la qualité de l’eau que vous utilisez pour boire ?</w:t>
      </w:r>
    </w:p>
    <w:p>
      <w:pPr>
        <w:ind w:left="576"/>
      </w:pPr>
      <w:r>
        <w:rPr>
          <w:color w:val="6B7280"/>
          <w:sz w:val="17"/>
        </w:rPr>
        <w:t>Variable: Comment_valuez_vous_la_qualit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Très bonne (tr_s_bonne), Bonne (bonne), Moyenne (moyenne), Mauvaise (mauvaise), Très mauvaise (tr_s_mauvaise)</w:t>
      </w:r>
    </w:p>
    <w:p>
      <w:pPr>
        <w:jc w:val="left"/>
      </w:pPr>
      <w:r>
        <w:t>_______________</w:t>
      </w:r>
    </w:p>
    <w:p>
      <w:r>
        <w:rPr>
          <w:b/>
        </w:rPr>
        <w:t>13. Avez-vous constaté un ou plusieurs des problèmes suivants ?</w:t>
      </w:r>
    </w:p>
    <w:p>
      <w:pPr>
        <w:ind w:left="576"/>
      </w:pPr>
      <w:r>
        <w:rPr>
          <w:color w:val="6B7280"/>
          <w:sz w:val="17"/>
        </w:rPr>
        <w:t>Variable: Avez_vous_constat_un_ou_plusi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Eau trouble (eau_trouble), Mauvaise odeur (mauvaise_odeur), Gout inhabituel (gout_inhabituel), Résidus visibles (r_sidus_visibles), Présence d’insectes / impuretés (pr_sence_d_insectes___impuret_), Maladies suspectées liées à l’eau (maladies_suspect_es_li_es___l_), Autre (préciser) (autre__pr_ciser)</w:t>
      </w:r>
    </w:p>
    <w:p>
      <w:pPr>
        <w:ind w:left="576"/>
      </w:pPr>
      <w:r>
        <w:rPr>
          <w:color w:val="4F46E5"/>
          <w:sz w:val="17"/>
        </w:rPr>
        <w:t>⚙️ Logique : ${Comment_valuez_vous_la_qualit} = 'moyenne' or ${Comment_valuez_vous_la_qualit} = 'mauvaise' or ${Comment_valuez_vous_la_qualit} = 'tr_s_mauvaise'</w:t>
        <w:br/>
      </w:r>
    </w:p>
    <w:p>
      <w:pPr>
        <w:jc w:val="left"/>
      </w:pPr>
      <w:r>
        <w:t>_______________</w:t>
      </w:r>
    </w:p>
    <w:p>
      <w:r>
        <w:rPr>
          <w:b/>
        </w:rPr>
        <w:t>14. Autre (préciser)</w:t>
      </w:r>
    </w:p>
    <w:p>
      <w:pPr>
        <w:ind w:left="576"/>
      </w:pPr>
      <w:r>
        <w:rPr>
          <w:color w:val="6B7280"/>
          <w:sz w:val="17"/>
        </w:rPr>
        <w:t>Variable: Autre_pr_ciser_001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selected(${Avez_vous_constat_un_ou_plusi}, 'autre__pr_ciser')</w:t>
        <w:br/>
      </w:r>
    </w:p>
    <w:p>
      <w:pPr>
        <w:jc w:val="left"/>
      </w:pPr>
      <w:r>
        <w:t>_______________</w:t>
      </w:r>
    </w:p>
    <w:p>
      <w:r>
        <w:rPr>
          <w:b/>
        </w:rPr>
        <w:t>15. Des tests de qualité de l’eau ont-ils été réalisés récemment dans votre zone ?</w:t>
      </w:r>
    </w:p>
    <w:p>
      <w:pPr>
        <w:ind w:left="576"/>
      </w:pPr>
      <w:r>
        <w:rPr>
          <w:color w:val="6B7280"/>
          <w:sz w:val="17"/>
        </w:rPr>
        <w:t>Variable: Des_tests_de_qualit_ent_dans_votre_zone_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(résultat positif — eau potable) (oui__r_sultat_positif___eau_potable), Oui (résultat négatif — eau non potable) (oui__r_sultat_n_gatif___eau_non_potable), Oui (résultat non communiqué) (oui__r_sultat_non_communiqu), Non (non), Je ne sais pas (je_ne_sais_pas)</w:t>
      </w:r>
    </w:p>
    <w:p>
      <w:pPr>
        <w:jc w:val="left"/>
      </w:pPr>
      <w:r>
        <w:t>_______________</w:t>
      </w:r>
    </w:p>
    <w:p>
      <w:r>
        <w:rPr>
          <w:b/>
        </w:rPr>
        <w:t>16. Au cours des 30 derniers jours, combien de fois avez-vous subi une interruption d’approvisionnement en eau à votre source principale ?</w:t>
      </w:r>
    </w:p>
    <w:p>
      <w:pPr>
        <w:ind w:left="576"/>
      </w:pPr>
      <w:r>
        <w:rPr>
          <w:color w:val="6B7280"/>
          <w:sz w:val="17"/>
        </w:rPr>
        <w:t>Variable: Au_cours_des_30_derniers_jours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17. Quelle est la durée moyenne des interruptions ?</w:t>
      </w:r>
    </w:p>
    <w:p>
      <w:pPr>
        <w:ind w:left="576"/>
      </w:pPr>
      <w:r>
        <w:rPr>
          <w:color w:val="6B7280"/>
          <w:sz w:val="17"/>
        </w:rPr>
        <w:t>Variable: Quelle_est_la_dur_e_e_des_interruptions_  |  Type: Nombre Entier  |  Obligatoire: Non</w:t>
      </w:r>
    </w:p>
    <w:p>
      <w:pPr>
        <w:ind w:left="576"/>
      </w:pPr>
      <w:r>
        <w:rPr>
          <w:color w:val="4F46E5"/>
          <w:sz w:val="17"/>
        </w:rPr>
        <w:t>⚙️ Logique : ${Au_cours_des_30_derniers_jours} &gt; 0</w:t>
        <w:br/>
      </w:r>
    </w:p>
    <w:p>
      <w:pPr>
        <w:jc w:val="left"/>
      </w:pPr>
      <w:r>
        <w:t>_______________</w:t>
      </w:r>
    </w:p>
    <w:p>
      <w:r>
        <w:rPr>
          <w:b/>
        </w:rPr>
        <w:t>18. Votre ménage traite-t-il l’eau avant de la boire ?</w:t>
      </w:r>
    </w:p>
    <w:p>
      <w:pPr>
        <w:ind w:left="576"/>
      </w:pPr>
      <w:r>
        <w:rPr>
          <w:color w:val="6B7280"/>
          <w:sz w:val="17"/>
        </w:rPr>
        <w:t>Variable: Votre_m_nage_traite_t_il_l_eau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Bouillir (bouillir), Filtrer (tissu, filtre maison) (filtrer__tissu__filtre_maison), Filtre céramique / filtre certifié (filtre_c_ramique___filtre_cert), Chloration (Sur'Eau, bleach, etc.) (chloration__sur_eau__bleach__e), Décantation (d_cantation), Aucun traitement (aucun_traitement), Autre (préciser) (autre__pr_ciser)</w:t>
      </w:r>
    </w:p>
    <w:p>
      <w:pPr>
        <w:jc w:val="left"/>
      </w:pPr>
      <w:r>
        <w:t>_______________</w:t>
      </w:r>
    </w:p>
    <w:p>
      <w:r>
        <w:rPr>
          <w:b/>
        </w:rPr>
        <w:t>19. Autre (préciser)</w:t>
      </w:r>
    </w:p>
    <w:p>
      <w:pPr>
        <w:ind w:left="576"/>
      </w:pPr>
      <w:r>
        <w:rPr>
          <w:color w:val="6B7280"/>
          <w:sz w:val="17"/>
        </w:rPr>
        <w:t>Variable: Autre_pr_ciser_002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selected(${Votre_m_nage_traite_t_il_l_eau}, 'autre__pr_ciser')</w:t>
        <w:br/>
      </w:r>
    </w:p>
    <w:p>
      <w:pPr>
        <w:jc w:val="left"/>
      </w:pPr>
      <w:r>
        <w:t>_______________</w:t>
      </w:r>
    </w:p>
    <w:p>
      <w:r>
        <w:rPr>
          <w:b/>
        </w:rPr>
        <w:t>20. Dans quel type de récipient stockez-vous l’eau pour boire ?</w:t>
      </w:r>
    </w:p>
    <w:p>
      <w:pPr>
        <w:ind w:left="576"/>
      </w:pPr>
      <w:r>
        <w:rPr>
          <w:color w:val="6B7280"/>
          <w:sz w:val="17"/>
        </w:rPr>
        <w:t>Variable: Dans_quel_type_de_r_cipient_st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Bidon avec couvercle (bidon_avec_couvercle), Bidon sans couvercle (bidon_sans_couvercle), Seau avec couvercle (seau_avec_couvercle), Seau sans couvercle (seau_sans_couvercle), Récipient en terre cuite (r_cipient_en_terre_cuite), Autre (préciser) (autre__pr_ciser)</w:t>
      </w:r>
    </w:p>
    <w:p>
      <w:pPr>
        <w:jc w:val="left"/>
      </w:pPr>
      <w:r>
        <w:t>_______________</w:t>
      </w:r>
    </w:p>
    <w:p>
      <w:r>
        <w:rPr>
          <w:b/>
        </w:rPr>
        <w:t>21. Autre (préciser)</w:t>
      </w:r>
    </w:p>
    <w:p>
      <w:pPr>
        <w:ind w:left="576"/>
      </w:pPr>
      <w:r>
        <w:rPr>
          <w:color w:val="6B7280"/>
          <w:sz w:val="17"/>
        </w:rPr>
        <w:t>Variable: Autre_pr_ciser_003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${Dans_quel_type_de_r_cipient_st} = 'autre__pr_ciser'</w:t>
        <w:br/>
      </w:r>
    </w:p>
    <w:p>
      <w:pPr>
        <w:jc w:val="left"/>
      </w:pPr>
      <w:r>
        <w:t>_______________</w:t>
      </w:r>
    </w:p>
    <w:p>
      <w:r>
        <w:rPr>
          <w:b/>
        </w:rPr>
        <w:t>22. Le récipient est-il lavé régulièrement ?</w:t>
      </w:r>
    </w:p>
    <w:p>
      <w:pPr>
        <w:ind w:left="576"/>
      </w:pPr>
      <w:r>
        <w:rPr>
          <w:color w:val="6B7280"/>
          <w:sz w:val="17"/>
        </w:rPr>
        <w:t>Variable: Le_r_cipient_est_il_lav_r_guli_rement_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(non), Non applicable (non_applicable)</w:t>
      </w:r>
    </w:p>
    <w:p>
      <w:pPr>
        <w:jc w:val="left"/>
      </w:pPr>
      <w:r>
        <w:t>_______________</w:t>
      </w:r>
    </w:p>
    <w:p>
      <w:r>
        <w:rPr>
          <w:b/>
        </w:rPr>
        <w:t>23. Qui est principalement chargé(e) d’aller chercher l’eau ?</w:t>
      </w:r>
    </w:p>
    <w:p>
      <w:pPr>
        <w:ind w:left="576"/>
      </w:pPr>
      <w:r>
        <w:rPr>
          <w:color w:val="6B7280"/>
          <w:sz w:val="17"/>
        </w:rPr>
        <w:t>Variable: Qui_est_principalement_charg_e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Homme adulte (homme_adulte), Femme adulte (femme_adulte), Garçon (moins de 18 ans) (gar_on__moins_de_18_ans), Fille (moins de 18 ans) (fille__moins_de_18_ans), Collecte partagée (collecte_partag_e), Autre (préciser) (autre__pr_ciser)</w:t>
      </w:r>
    </w:p>
    <w:p>
      <w:pPr>
        <w:jc w:val="left"/>
      </w:pPr>
      <w:r>
        <w:t>_______________</w:t>
      </w:r>
    </w:p>
    <w:p>
      <w:r>
        <w:rPr>
          <w:b/>
        </w:rPr>
        <w:t>24. Autre (préciser)</w:t>
      </w:r>
    </w:p>
    <w:p>
      <w:pPr>
        <w:ind w:left="576"/>
      </w:pPr>
      <w:r>
        <w:rPr>
          <w:color w:val="6B7280"/>
          <w:sz w:val="17"/>
        </w:rPr>
        <w:t>Variable: Autre_pr_ciser_004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${Qui_est_principalement_charg_e} = 'autre__pr_ciser'</w:t>
        <w:br/>
      </w:r>
    </w:p>
    <w:p>
      <w:pPr>
        <w:jc w:val="left"/>
      </w:pPr>
      <w:r>
        <w:t>_______________</w:t>
      </w:r>
    </w:p>
    <w:p>
      <w:r>
        <w:rPr>
          <w:b/>
        </w:rPr>
        <w:t>25. Le trajet vers la source d’eau est-il sécuritaire ?</w:t>
      </w:r>
    </w:p>
    <w:p>
      <w:pPr>
        <w:ind w:left="576"/>
      </w:pPr>
      <w:r>
        <w:rPr>
          <w:color w:val="6B7280"/>
          <w:sz w:val="17"/>
        </w:rPr>
        <w:t>Variable: Le_trajet_vers_la_source_d_eau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(non), Parfois (parfois)</w:t>
      </w:r>
    </w:p>
    <w:p>
      <w:pPr>
        <w:jc w:val="left"/>
      </w:pPr>
      <w:r>
        <w:t>_______________</w:t>
      </w:r>
    </w:p>
    <w:p>
      <w:r>
        <w:rPr>
          <w:b/>
        </w:rPr>
        <w:t>26. Quels sont les risques rencontrés ?</w:t>
      </w:r>
    </w:p>
    <w:p>
      <w:pPr>
        <w:ind w:left="576"/>
      </w:pPr>
      <w:r>
        <w:rPr>
          <w:color w:val="6B7280"/>
          <w:sz w:val="17"/>
        </w:rPr>
        <w:t>Variable: Quels_sont_les_risques_rencont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Violence / insécurité (violence___ins_curit), Risque de noyade (risque_de_noyade), Risque d’accident de route (risque_d_accident_de_route), Animaux dangereux (animaux_dangereux), Autre (préciser) (autre__pr_ciser)</w:t>
      </w:r>
    </w:p>
    <w:p>
      <w:pPr>
        <w:ind w:left="576"/>
      </w:pPr>
      <w:r>
        <w:rPr>
          <w:color w:val="4F46E5"/>
          <w:sz w:val="17"/>
        </w:rPr>
        <w:t>⚙️ Logique : ${Le_trajet_vers_la_source_d_eau} = 'non' or ${Le_trajet_vers_la_source_d_eau} = 'parfois'</w:t>
        <w:br/>
      </w:r>
    </w:p>
    <w:p>
      <w:pPr>
        <w:jc w:val="left"/>
      </w:pPr>
      <w:r>
        <w:t>_______________</w:t>
      </w:r>
    </w:p>
    <w:p>
      <w:r>
        <w:rPr>
          <w:b/>
        </w:rPr>
        <w:t>27. Autre (préciser)</w:t>
      </w:r>
    </w:p>
    <w:p>
      <w:pPr>
        <w:ind w:left="576"/>
      </w:pPr>
      <w:r>
        <w:rPr>
          <w:color w:val="6B7280"/>
          <w:sz w:val="17"/>
        </w:rPr>
        <w:t>Variable: Autre_pr_ciser_005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selected(${Quels_sont_les_risques_rencont}, 'autre__pr_ciser')</w:t>
        <w:br/>
      </w:r>
    </w:p>
    <w:p>
      <w:pPr>
        <w:jc w:val="left"/>
      </w:pPr>
      <w:r>
        <w:t>_______________</w:t>
      </w:r>
    </w:p>
    <w:p/>
    <w:p>
      <w:r>
        <w:rPr>
          <w:b/>
          <w:color w:val="F59E0B"/>
          <w:sz w:val="28"/>
        </w:rPr>
        <w:t>Questionnaire : 3.2 Accès à l’aide alimentaire v1</w:t>
      </w:r>
    </w:p>
    <w:p>
      <w:r>
        <w:t>UID : akgQhJNqdmz2yw8z3PdxGe</w:t>
      </w:r>
    </w:p>
    <w:p/>
    <w:p>
      <w:r>
        <w:rPr>
          <w:b/>
        </w:rPr>
        <w:t>1. Quartier/zone</w:t>
      </w:r>
    </w:p>
    <w:p>
      <w:pPr>
        <w:ind w:left="576"/>
      </w:pPr>
      <w:r>
        <w:rPr>
          <w:color w:val="6B7280"/>
          <w:sz w:val="17"/>
        </w:rPr>
        <w:t>Variable: Quartier_zone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Quartier Les Volcans (quartier_les_volcans), Quartier Mikeno (quartier_mikeno), Quartier Mapendo (quartier_mapendo), Quartier Katindo (quartier_katindo), Quartier Himbi (quartier_himbi), Quartier Keshero (quartier_keshero), Quartier Lac Vert (quartier_lac_vert), Quartier Kahembe (quartier_kahembe), Quartier Murara (quartier_murara), Quartier Bujovu (quartier_bujovu), Quartier Majengo (quartier_majengo), Quartier Mabanga nord (quartier_mabanga_nord), Quartier Mabanga sud (quartier_mabanga_sud), Quartier Kasika (quartier_kasika), Quartier Katoyi (quartier_katoyi), Quartier Ndosho (quartier_ndosho), Quartier Mugunga (quartier_mugunga), Quartier Virunga (quartier_virunga)</w:t>
      </w:r>
    </w:p>
    <w:p>
      <w:pPr>
        <w:jc w:val="left"/>
      </w:pPr>
      <w:r>
        <w:t>_______________</w:t>
      </w:r>
    </w:p>
    <w:p>
      <w:r>
        <w:rPr>
          <w:b/>
        </w:rPr>
        <w:t>2. Votre ménage a-t-il déjà reçu une assistance</w:t>
      </w:r>
    </w:p>
    <w:p>
      <w:pPr>
        <w:ind w:left="576"/>
      </w:pPr>
      <w:r>
        <w:rPr>
          <w:color w:val="6B7280"/>
          <w:sz w:val="17"/>
        </w:rPr>
        <w:t>Variable: Votre_m_nage_a_t_il_re_u_une_assistance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>
      <w:r>
        <w:rPr>
          <w:b/>
        </w:rPr>
        <w:t xml:space="preserve">3. Combien des fois avez vous reçu cette assistance </w:t>
      </w:r>
    </w:p>
    <w:p>
      <w:pPr>
        <w:ind w:left="576"/>
      </w:pPr>
      <w:r>
        <w:rPr>
          <w:color w:val="6B7280"/>
          <w:sz w:val="17"/>
        </w:rPr>
        <w:t>Variable: Combien_des_fois_ave_e_u_cette_assistance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Une fois (une_fois), Deux ou trois fois (deux_ou_trois_fois), Quatres fois ou plus (quatres_fois_ou_plus)</w:t>
      </w:r>
    </w:p>
    <w:p>
      <w:pPr>
        <w:jc w:val="left"/>
      </w:pPr>
      <w:r>
        <w:t>_______________</w:t>
      </w:r>
    </w:p>
    <w:p>
      <w:r>
        <w:rPr>
          <w:b/>
        </w:rPr>
        <w:t>4. A quelle fréquence avez vous recue cette assistance ?</w:t>
      </w:r>
    </w:p>
    <w:p>
      <w:pPr>
        <w:ind w:left="576"/>
      </w:pPr>
      <w:r>
        <w:rPr>
          <w:color w:val="6B7280"/>
          <w:sz w:val="17"/>
        </w:rPr>
        <w:t>Variable: A_quelle_fr_quence_a_ue_cette_assistance_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Une fois (une_fois), Hebdomadaire (hebdomadaire), Mensuelle (mensuelle), Trimestrielle (trimestrielle), Semestrielle (semestrielle), Annuelle (annuelle)</w:t>
      </w:r>
    </w:p>
    <w:p>
      <w:pPr>
        <w:jc w:val="left"/>
      </w:pPr>
      <w:r>
        <w:t>_______________</w:t>
      </w:r>
    </w:p>
    <w:p>
      <w:r>
        <w:rPr>
          <w:b/>
        </w:rPr>
        <w:t xml:space="preserve">5. Type d’assistance reçue </w:t>
      </w:r>
    </w:p>
    <w:p>
      <w:pPr>
        <w:ind w:left="576"/>
      </w:pPr>
      <w:r>
        <w:rPr>
          <w:color w:val="6B7280"/>
          <w:sz w:val="17"/>
        </w:rPr>
        <w:t>Variable: Type_d_assistance_re_ue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Cash (cash), Voucher (voucher), Vivres (vivres), Semences  (semences), Outils aratoire  (outils_aratoire), Elevage  (elevage), Soins de santé (soins_de_sant), Autre (autre)</w:t>
      </w:r>
    </w:p>
    <w:p>
      <w:pPr>
        <w:jc w:val="left"/>
      </w:pPr>
      <w:r>
        <w:t>_______________</w:t>
      </w:r>
    </w:p>
    <w:p>
      <w:r>
        <w:rPr>
          <w:b/>
        </w:rPr>
        <w:t>6. Autre type d'assistance</w:t>
      </w:r>
    </w:p>
    <w:p>
      <w:pPr>
        <w:ind w:left="576"/>
      </w:pPr>
      <w:r>
        <w:rPr>
          <w:color w:val="6B7280"/>
          <w:sz w:val="17"/>
        </w:rPr>
        <w:t>Variable: Autre_type_d_assistance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selected(${Type_d_assistance_re_ue}, 'autre')</w:t>
        <w:br/>
      </w:r>
    </w:p>
    <w:p>
      <w:pPr>
        <w:jc w:val="left"/>
      </w:pPr>
      <w:r>
        <w:t>_______________</w:t>
      </w:r>
    </w:p>
    <w:p>
      <w:r>
        <w:rPr>
          <w:b/>
        </w:rPr>
        <w:t>7. Quantité reçue/Cash</w:t>
      </w:r>
    </w:p>
    <w:p>
      <w:pPr>
        <w:ind w:left="576"/>
      </w:pPr>
      <w:r>
        <w:rPr>
          <w:color w:val="6B7280"/>
          <w:sz w:val="17"/>
        </w:rPr>
        <w:t>Variable: Quantit_re_ue_Cash  |  Type: Nombre Entier  |  Obligatoire: Non</w:t>
      </w:r>
    </w:p>
    <w:p>
      <w:pPr>
        <w:ind w:left="576"/>
      </w:pPr>
      <w:r>
        <w:rPr>
          <w:color w:val="4F46E5"/>
          <w:sz w:val="17"/>
        </w:rPr>
        <w:t>⚙️ Logique : selected(${Type_d_assistance_re_ue}, 'cash')</w:t>
        <w:br/>
      </w:r>
    </w:p>
    <w:p>
      <w:pPr>
        <w:jc w:val="left"/>
      </w:pPr>
      <w:r>
        <w:t>_______________</w:t>
      </w:r>
    </w:p>
    <w:p>
      <w:r>
        <w:rPr>
          <w:b/>
        </w:rPr>
        <w:t>8. Quantité reçue/Voucher</w:t>
      </w:r>
    </w:p>
    <w:p>
      <w:pPr>
        <w:ind w:left="576"/>
      </w:pPr>
      <w:r>
        <w:rPr>
          <w:color w:val="6B7280"/>
          <w:sz w:val="17"/>
        </w:rPr>
        <w:t>Variable: Quantit_re_ue_Voucher  |  Type: Nombre Entier  |  Obligatoire: Non</w:t>
      </w:r>
    </w:p>
    <w:p>
      <w:pPr>
        <w:ind w:left="576"/>
      </w:pPr>
      <w:r>
        <w:rPr>
          <w:color w:val="4F46E5"/>
          <w:sz w:val="17"/>
        </w:rPr>
        <w:t>⚙️ Logique : selected(${Type_d_assistance_re_ue}, 'cash')</w:t>
        <w:br/>
      </w:r>
    </w:p>
    <w:p>
      <w:pPr>
        <w:jc w:val="left"/>
      </w:pPr>
      <w:r>
        <w:t>_______________</w:t>
      </w:r>
    </w:p>
    <w:p>
      <w:r>
        <w:rPr>
          <w:b/>
        </w:rPr>
        <w:t>9. Type de vivres reçu</w:t>
      </w:r>
    </w:p>
    <w:p>
      <w:pPr>
        <w:ind w:left="576"/>
      </w:pPr>
      <w:r>
        <w:rPr>
          <w:color w:val="6B7280"/>
          <w:sz w:val="17"/>
        </w:rPr>
        <w:t>Variable: Type_de_vivres_re_u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Mais (mais), Haricots (haricots), Huile (huile), Sel (sel), Farine (farine), Autre (autre)</w:t>
      </w:r>
    </w:p>
    <w:p>
      <w:pPr>
        <w:ind w:left="576"/>
      </w:pPr>
      <w:r>
        <w:rPr>
          <w:color w:val="4F46E5"/>
          <w:sz w:val="17"/>
        </w:rPr>
        <w:t>⚙️ Logique : selected(${Type_d_assistance_re_ue}, 'vivres')</w:t>
        <w:br/>
      </w:r>
    </w:p>
    <w:p>
      <w:pPr>
        <w:jc w:val="left"/>
      </w:pPr>
      <w:r>
        <w:t>_______________</w:t>
      </w:r>
    </w:p>
    <w:p>
      <w:r>
        <w:rPr>
          <w:b/>
        </w:rPr>
        <w:t>10. Quantité reçue/Vivres</w:t>
      </w:r>
    </w:p>
    <w:p>
      <w:pPr>
        <w:ind w:left="576"/>
      </w:pPr>
      <w:r>
        <w:rPr>
          <w:color w:val="6B7280"/>
          <w:sz w:val="17"/>
        </w:rPr>
        <w:t>Variable: Quantit_re_ue_Vivres  |  Type: Nombre Entier  |  Obligatoire: Non</w:t>
      </w:r>
    </w:p>
    <w:p>
      <w:pPr>
        <w:ind w:left="576"/>
      </w:pPr>
      <w:r>
        <w:rPr>
          <w:color w:val="4F46E5"/>
          <w:sz w:val="17"/>
        </w:rPr>
        <w:t>⚙️ Logique : selected(${Type_d_assistance_re_ue}, 'vivres')</w:t>
        <w:br/>
      </w:r>
    </w:p>
    <w:p>
      <w:pPr>
        <w:jc w:val="left"/>
      </w:pPr>
      <w:r>
        <w:t>_______________</w:t>
      </w:r>
    </w:p>
    <w:p>
      <w:r>
        <w:rPr>
          <w:b/>
        </w:rPr>
        <w:t xml:space="preserve">11. Quantité reçue/Semences </w:t>
      </w:r>
    </w:p>
    <w:p>
      <w:pPr>
        <w:ind w:left="576"/>
      </w:pPr>
      <w:r>
        <w:rPr>
          <w:color w:val="6B7280"/>
          <w:sz w:val="17"/>
        </w:rPr>
        <w:t>Variable: Quantit_re_ue_Semences  |  Type: Nombre Entier  |  Obligatoire: Non</w:t>
      </w:r>
    </w:p>
    <w:p>
      <w:pPr>
        <w:ind w:left="576"/>
      </w:pPr>
      <w:r>
        <w:rPr>
          <w:color w:val="4F46E5"/>
          <w:sz w:val="17"/>
        </w:rPr>
        <w:t>⚙️ Logique : selected(${Type_d_assistance_re_ue}, 'semences')</w:t>
        <w:br/>
      </w:r>
    </w:p>
    <w:p>
      <w:pPr>
        <w:jc w:val="left"/>
      </w:pPr>
      <w:r>
        <w:t>_______________</w:t>
      </w:r>
    </w:p>
    <w:p>
      <w:r>
        <w:rPr>
          <w:b/>
        </w:rPr>
        <w:t>12. Type d'outils aratoire reçu</w:t>
      </w:r>
    </w:p>
    <w:p>
      <w:pPr>
        <w:ind w:left="576"/>
      </w:pPr>
      <w:r>
        <w:rPr>
          <w:color w:val="6B7280"/>
          <w:sz w:val="17"/>
        </w:rPr>
        <w:t>Variable: Type_d_outils_aratoire_re_u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Houes (houes), Pelles (pelles), Râteaux (r_teaux), Arrosoirs (arrosoirs), Pioches (pioches), Machettes/sécateurs (machettes_s_cateurs), Barre à mine ou outils de levage (barre___mine_ou_outils_de_levage), Haches (haches), Autre (autre)</w:t>
      </w:r>
    </w:p>
    <w:p>
      <w:pPr>
        <w:ind w:left="576"/>
      </w:pPr>
      <w:r>
        <w:rPr>
          <w:color w:val="4F46E5"/>
          <w:sz w:val="17"/>
        </w:rPr>
        <w:t>⚙️ Logique : selected(${Type_d_assistance_re_ue}, 'outils_aratoire')</w:t>
        <w:br/>
      </w:r>
    </w:p>
    <w:p>
      <w:pPr>
        <w:jc w:val="left"/>
      </w:pPr>
      <w:r>
        <w:t>_______________</w:t>
      </w:r>
    </w:p>
    <w:p>
      <w:r>
        <w:rPr>
          <w:b/>
        </w:rPr>
        <w:t>13. Autre type d'outils aratoire</w:t>
      </w:r>
    </w:p>
    <w:p>
      <w:pPr>
        <w:ind w:left="576"/>
      </w:pPr>
      <w:r>
        <w:rPr>
          <w:color w:val="6B7280"/>
          <w:sz w:val="17"/>
        </w:rPr>
        <w:t>Variable: Autre_type_d_outils_aratoire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selected(${Type_d_assistance_re_ue}, 'outils_aratoire')</w:t>
        <w:br/>
      </w:r>
    </w:p>
    <w:p>
      <w:pPr>
        <w:jc w:val="left"/>
      </w:pPr>
      <w:r>
        <w:t>_______________</w:t>
      </w:r>
    </w:p>
    <w:p>
      <w:r>
        <w:rPr>
          <w:b/>
        </w:rPr>
        <w:t xml:space="preserve">14. Quantité reçue/Outils aratoire </w:t>
      </w:r>
    </w:p>
    <w:p>
      <w:pPr>
        <w:ind w:left="576"/>
      </w:pPr>
      <w:r>
        <w:rPr>
          <w:color w:val="6B7280"/>
          <w:sz w:val="17"/>
        </w:rPr>
        <w:t>Variable: Quantit_re_ue_Outils_aratoire  |  Type: Nombre Entier  |  Obligatoire: Non</w:t>
      </w:r>
    </w:p>
    <w:p>
      <w:pPr>
        <w:ind w:left="576"/>
      </w:pPr>
      <w:r>
        <w:rPr>
          <w:color w:val="4F46E5"/>
          <w:sz w:val="17"/>
        </w:rPr>
        <w:t>⚙️ Logique : selected(${Type_d_assistance_re_ue}, 'outils_aratoire')</w:t>
        <w:br/>
      </w:r>
    </w:p>
    <w:p>
      <w:pPr>
        <w:jc w:val="left"/>
      </w:pPr>
      <w:r>
        <w:t>_______________</w:t>
      </w:r>
    </w:p>
    <w:p>
      <w:r>
        <w:rPr>
          <w:b/>
        </w:rPr>
        <w:t xml:space="preserve">15. Quantité reçue/Elevage </w:t>
      </w:r>
    </w:p>
    <w:p>
      <w:pPr>
        <w:ind w:left="576"/>
      </w:pPr>
      <w:r>
        <w:rPr>
          <w:color w:val="6B7280"/>
          <w:sz w:val="17"/>
        </w:rPr>
        <w:t>Variable: Quantit_re_ue_Elevage  |  Type: Nombre Entier  |  Obligatoire: Non</w:t>
      </w:r>
    </w:p>
    <w:p>
      <w:pPr>
        <w:ind w:left="576"/>
      </w:pPr>
      <w:r>
        <w:rPr>
          <w:color w:val="4F46E5"/>
          <w:sz w:val="17"/>
        </w:rPr>
        <w:t>⚙️ Logique : selected(${Type_d_assistance_re_ue}, 'elevage')</w:t>
        <w:br/>
      </w:r>
    </w:p>
    <w:p>
      <w:pPr>
        <w:jc w:val="left"/>
      </w:pPr>
      <w:r>
        <w:t>_______________</w:t>
      </w:r>
    </w:p>
    <w:p>
      <w:r>
        <w:rPr>
          <w:b/>
        </w:rPr>
        <w:t>16. Quantité reçue/Soins de santé</w:t>
      </w:r>
    </w:p>
    <w:p>
      <w:pPr>
        <w:ind w:left="576"/>
      </w:pPr>
      <w:r>
        <w:rPr>
          <w:color w:val="6B7280"/>
          <w:sz w:val="17"/>
        </w:rPr>
        <w:t>Variable: Quantit_re_ue_Soins_de_sant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 xml:space="preserve">17. Perception de la qualité </w:t>
      </w:r>
    </w:p>
    <w:p>
      <w:pPr>
        <w:ind w:left="576"/>
      </w:pPr>
      <w:r>
        <w:rPr>
          <w:color w:val="6B7280"/>
          <w:sz w:val="17"/>
        </w:rPr>
        <w:t>Variable: Perception_de_la_qualit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Bonne (bonne), Acceptable (acceptable), Mauvaise (mauvaise)</w:t>
      </w:r>
    </w:p>
    <w:p>
      <w:pPr>
        <w:jc w:val="left"/>
      </w:pPr>
      <w:r>
        <w:t>_______________</w:t>
      </w:r>
    </w:p>
    <w:p>
      <w:r>
        <w:rPr>
          <w:b/>
        </w:rPr>
        <w:t>18. Connaissez-vous les critères de ciblage</w:t>
      </w:r>
    </w:p>
    <w:p>
      <w:pPr>
        <w:ind w:left="576"/>
      </w:pPr>
      <w:r>
        <w:rPr>
          <w:color w:val="6B7280"/>
          <w:sz w:val="17"/>
        </w:rPr>
        <w:t>Variable: Connaissez_vous_les_crit_res_de_ciblage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>
      <w:r>
        <w:rPr>
          <w:b/>
        </w:rPr>
        <w:t>19. Critères de ciblage</w:t>
      </w:r>
    </w:p>
    <w:p>
      <w:pPr>
        <w:ind w:left="576"/>
      </w:pPr>
      <w:r>
        <w:rPr>
          <w:color w:val="6B7280"/>
          <w:sz w:val="17"/>
        </w:rPr>
        <w:t>Variable: Crit_res_de_ciblage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Ménages sans revenus stables ou dépendant uniquement de l’aide (m_nages_sans_revenus_stables_o), Familles ayant perdu leurs moyens de subsistance (agriculture, commerce, emploi) (familles_ayant_perdu_leurs_moy), Ménages dirigés par des femmes seules, des personnes âgées ou des enfants (m_nages_dirig_s_par_des_femmes), Présence de personnes handicapées ou malades chroniques (pr_sence_de_personnes_handicap), Familles nombreuses avec un ratio élevé de dépendants (enfants, personnes âgées) (familles_nombreuses_avec_un_ra), Personnes déplacées internes (PDI), réfugiés, rapatriés ou communautés hôtes vulnérables (personnes_d_plac_es_internes__), Ménages ayant subi des pertes de logement ou de terres agricoles (m_nages_ayant_subi_des_pertes_), Absence ou insuffisance d’accès à la nourriture, à l’eau potable, aux soins de santé (absence_ou_insuffisance_d_acc_), Endettement élevé ou recours à des stratégies d’adaptation négatives (vente d’actifs, réduction des repas) (endettement__lev__ou_recours__), Zones affectées par les conflits, catastrophes naturelles ou crises prolongées (zones_affect_es_par_les_confli), Communautés marginalisées ou exclues des circuits économiques et sociaux (communaut_s_marginalis_es_ou_e), Autre critères (autre_crit_res)</w:t>
      </w:r>
    </w:p>
    <w:p>
      <w:pPr>
        <w:jc w:val="left"/>
      </w:pPr>
      <w:r>
        <w:t>_______________</w:t>
      </w:r>
    </w:p>
    <w:p>
      <w:r>
        <w:rPr>
          <w:b/>
        </w:rPr>
        <w:t>20. Autre critères</w:t>
      </w:r>
    </w:p>
    <w:p>
      <w:pPr>
        <w:ind w:left="576"/>
      </w:pPr>
      <w:r>
        <w:rPr>
          <w:color w:val="6B7280"/>
          <w:sz w:val="17"/>
        </w:rPr>
        <w:t>Variable: Autre_crit_res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selected(${Crit_res_de_ciblage}, 'autre_crit_res')</w:t>
        <w:br/>
      </w:r>
    </w:p>
    <w:p>
      <w:pPr>
        <w:jc w:val="left"/>
      </w:pPr>
      <w:r>
        <w:t>_______________</w:t>
      </w:r>
    </w:p>
    <w:p>
      <w:r>
        <w:rPr>
          <w:b/>
        </w:rPr>
        <w:t>21. Qui a décidé sur les critères à prendre en compte pour recevoir l'appui?</w:t>
      </w:r>
    </w:p>
    <w:p>
      <w:pPr>
        <w:ind w:left="576"/>
      </w:pPr>
      <w:r>
        <w:rPr>
          <w:color w:val="6B7280"/>
          <w:sz w:val="17"/>
        </w:rPr>
        <w:t>Variable: Qui_a_d_cid_sur_les_crit_res_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Consultation de la communauté (consultation_de_la_communaut), Leaders communautaires (leaders_communautaires), Membres du gouvernement (membres_du_gouvernement), Membres des organisations humanitaires (membres_des_organisations_huma), Ne sait pas (ne_sait_pas), Autre décideurs sur les critères de sélection (autre_d_cideurs_sur_les_crit_r)</w:t>
      </w:r>
    </w:p>
    <w:p>
      <w:pPr>
        <w:jc w:val="left"/>
      </w:pPr>
      <w:r>
        <w:t>_______________</w:t>
      </w:r>
    </w:p>
    <w:p>
      <w:r>
        <w:rPr>
          <w:b/>
        </w:rPr>
        <w:t>22. Autre décideurs sur les critères de sélection</w:t>
      </w:r>
    </w:p>
    <w:p>
      <w:pPr>
        <w:ind w:left="576"/>
      </w:pPr>
      <w:r>
        <w:rPr>
          <w:color w:val="6B7280"/>
          <w:sz w:val="17"/>
        </w:rPr>
        <w:t>Variable: Autre_d_cideurs_sur_rit_res_de_s_lection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selected(${Qui_a_d_cid_sur_les_crit_res_}, 'autre_d_cideurs_sur_les_crit_r')</w:t>
        <w:br/>
      </w:r>
    </w:p>
    <w:p>
      <w:pPr>
        <w:jc w:val="left"/>
      </w:pPr>
      <w:r>
        <w:t>_______________</w:t>
      </w:r>
    </w:p>
    <w:p>
      <w:r>
        <w:rPr>
          <w:b/>
        </w:rPr>
        <w:t>23. Aviez-vous été informés suffisamment à temps de la date à laquelle vous devriez recevoir l’appui ?</w:t>
      </w:r>
    </w:p>
    <w:p>
      <w:pPr>
        <w:ind w:left="576"/>
      </w:pPr>
      <w:r>
        <w:rPr>
          <w:color w:val="6B7280"/>
          <w:sz w:val="17"/>
        </w:rPr>
        <w:t>Variable: Aviez_vous_t_infor_ez_recevoir_l_appui_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>
      <w:r>
        <w:rPr>
          <w:b/>
        </w:rPr>
        <w:t>24. Combien de temps avez-vous mis pour vous rendre au lieu de distribution ?</w:t>
      </w:r>
    </w:p>
    <w:p>
      <w:pPr>
        <w:ind w:left="576"/>
      </w:pPr>
      <w:r>
        <w:rPr>
          <w:color w:val="6B7280"/>
          <w:sz w:val="17"/>
        </w:rPr>
        <w:t>Variable: Combien_de_temps_ave_ieu_de_distribution_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25. De quelle manière êtes-vous satisfait de la distance pour se rendre au point de la distribution ?</w:t>
      </w:r>
    </w:p>
    <w:p>
      <w:pPr>
        <w:ind w:left="576"/>
      </w:pPr>
      <w:r>
        <w:rPr>
          <w:color w:val="6B7280"/>
          <w:sz w:val="17"/>
        </w:rPr>
        <w:t>Variable: De_quelle_mani_re_t_de_la_distribution_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Très satisfait (tr_s_satisfait), Peu satisfait (peu_satisfait), Pas satisfait (pas_satisfait)</w:t>
      </w:r>
    </w:p>
    <w:p>
      <w:pPr>
        <w:jc w:val="left"/>
      </w:pPr>
      <w:r>
        <w:t>_______________</w:t>
      </w:r>
    </w:p>
    <w:p>
      <w:r>
        <w:rPr>
          <w:b/>
        </w:rPr>
        <w:t>26. Le déplacement pour se rendre au lieu de paiement ou des distributions  a-t-il engendré des dépenses? (Aller et/ou Retour) ?</w:t>
      </w:r>
    </w:p>
    <w:p>
      <w:pPr>
        <w:ind w:left="576"/>
      </w:pPr>
      <w:r>
        <w:rPr>
          <w:color w:val="6B7280"/>
          <w:sz w:val="17"/>
        </w:rPr>
        <w:t>Variable: Le_d_placement_pour_se_rendre_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>
      <w:r>
        <w:rPr>
          <w:b/>
        </w:rPr>
        <w:t>27. Si Oui, Combien ? (en FC)</w:t>
      </w:r>
    </w:p>
    <w:p>
      <w:pPr>
        <w:ind w:left="576"/>
      </w:pPr>
      <w:r>
        <w:rPr>
          <w:color w:val="6B7280"/>
          <w:sz w:val="17"/>
        </w:rPr>
        <w:t>Variable: Si_Oui_Combien_en_FC  |  Type: Nombre Entier  |  Obligatoire: Non</w:t>
      </w:r>
    </w:p>
    <w:p>
      <w:pPr>
        <w:ind w:left="576"/>
      </w:pPr>
      <w:r>
        <w:rPr>
          <w:color w:val="4F46E5"/>
          <w:sz w:val="17"/>
        </w:rPr>
        <w:t>⚙️ Logique : ${Le_d_placement_pour_se_rendre_} = 'oui'</w:t>
        <w:br/>
      </w:r>
    </w:p>
    <w:p>
      <w:pPr>
        <w:jc w:val="left"/>
      </w:pPr>
      <w:r>
        <w:t>_______________</w:t>
      </w:r>
    </w:p>
    <w:p>
      <w:r>
        <w:rPr>
          <w:b/>
        </w:rPr>
        <w:t>28. Avez-vous noter des retards dans la distribution ?</w:t>
      </w:r>
    </w:p>
    <w:p>
      <w:pPr>
        <w:ind w:left="576"/>
      </w:pPr>
      <w:r>
        <w:rPr>
          <w:color w:val="6B7280"/>
          <w:sz w:val="17"/>
        </w:rPr>
        <w:t>Variable: Avez_vous_noter_des_ans_la_distribution_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>
      <w:r>
        <w:rPr>
          <w:b/>
        </w:rPr>
        <w:t>29. Existence de plaintes</w:t>
      </w:r>
    </w:p>
    <w:p>
      <w:pPr>
        <w:ind w:left="576"/>
      </w:pPr>
      <w:r>
        <w:rPr>
          <w:color w:val="6B7280"/>
          <w:sz w:val="17"/>
        </w:rPr>
        <w:t>Variable: Existence_de_plaintes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/>
    <w:p>
      <w:r>
        <w:rPr>
          <w:b/>
          <w:color w:val="F59E0B"/>
          <w:sz w:val="28"/>
        </w:rPr>
        <w:t>Questionnaire : 3.4 Taux de vulnérabilité multidimensionnelle</w:t>
      </w:r>
    </w:p>
    <w:p>
      <w:r>
        <w:t>UID : aqq9m4VTceWJP2MWNJu9EU</w:t>
      </w:r>
    </w:p>
    <w:p/>
    <w:p>
      <w:r>
        <w:rPr>
          <w:b/>
        </w:rPr>
        <w:t>1. Quartier/zone</w:t>
      </w:r>
    </w:p>
    <w:p>
      <w:pPr>
        <w:ind w:left="576"/>
      </w:pPr>
      <w:r>
        <w:rPr>
          <w:color w:val="6B7280"/>
          <w:sz w:val="17"/>
        </w:rPr>
        <w:t>Variable: Quartier_zone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Quartier Les Volcans (quartier_les_volcans), Quartier Mikeno (quartier_mikeno), Quartier Mapendo (quartier_mapendo), Quartier Katindo (quartier_katindo), Quartier Himbi (quartier_himbi), Quartier Keshero (quartier_keshero), Quartier Lac Vert (quartier_lac_vert), Quartier Kahembe (quartier_kahembe), Quartier Murara (quartier_murara), Quartier Bujovu (quartier_bujovu), Quartier Majengo (quartier_majengo), Quartier Mabanga nord (quartier_mabanga_nord), Quartier Mabanga sud (quartier_mabanga_sud), Quartier Kasika (quartier_kasika), Quartier Katoyi (quartier_katoyi), Quartier Ndosho (quartier_ndosho), Quartier Mugunga (quartier_mugunga), Quartier Virunga (quartier_virunga)</w:t>
      </w:r>
    </w:p>
    <w:p>
      <w:pPr>
        <w:jc w:val="left"/>
      </w:pPr>
      <w:r>
        <w:t>_______________</w:t>
      </w:r>
    </w:p>
    <w:p>
      <w:r>
        <w:rPr>
          <w:b/>
        </w:rPr>
        <w:t>2. 1.1 Source principale de revenus du ménage</w:t>
      </w:r>
    </w:p>
    <w:p>
      <w:pPr>
        <w:ind w:left="576"/>
      </w:pPr>
      <w:r>
        <w:rPr>
          <w:color w:val="6B7280"/>
          <w:sz w:val="17"/>
        </w:rPr>
        <w:t>Variable: _1_1_Source_principale_de_reven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Agriculture (agriculture), Élevage (_levage), Commerce / petit commerce (commerce___petit_commerce), Travail journalier / occasionnel (travail_journalier___occasionn), Salaire formel (salaire_formel), Aide familiale (aide_familiale), Assistance humanitaire (assistance_humanitaire), Aucun revenu (aucun_revenu), Autre (préciser) (autre__pr_ciser)</w:t>
      </w:r>
    </w:p>
    <w:p>
      <w:pPr>
        <w:jc w:val="left"/>
      </w:pPr>
      <w:r>
        <w:t>_______________</w:t>
      </w:r>
    </w:p>
    <w:p>
      <w:r>
        <w:rPr>
          <w:b/>
        </w:rPr>
        <w:t>3. Autre (préciser)</w:t>
      </w:r>
    </w:p>
    <w:p>
      <w:pPr>
        <w:ind w:left="576"/>
      </w:pPr>
      <w:r>
        <w:rPr>
          <w:color w:val="6B7280"/>
          <w:sz w:val="17"/>
        </w:rPr>
        <w:t>Variable: Autre_pr_ciser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${_1_1_Source_principale_de_reven} = 'autre__pr_ciser'</w:t>
        <w:br/>
      </w:r>
    </w:p>
    <w:p>
      <w:pPr>
        <w:jc w:val="left"/>
      </w:pPr>
      <w:r>
        <w:t>_______________</w:t>
      </w:r>
    </w:p>
    <w:p>
      <w:r>
        <w:rPr>
          <w:b/>
        </w:rPr>
        <w:t>4. 1.2 Revenus mensuels estimés</w:t>
      </w:r>
    </w:p>
    <w:p>
      <w:pPr>
        <w:ind w:left="576"/>
      </w:pPr>
      <w:r>
        <w:rPr>
          <w:color w:val="6B7280"/>
          <w:sz w:val="17"/>
        </w:rPr>
        <w:t>Variable: _1_2_Revenus_mensuels_estim_s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5. 1.3 Stabilité des revenus au cours des 3 derniers mois</w:t>
      </w:r>
    </w:p>
    <w:p>
      <w:pPr>
        <w:ind w:left="576"/>
      </w:pPr>
      <w:r>
        <w:rPr>
          <w:color w:val="6B7280"/>
          <w:sz w:val="17"/>
        </w:rPr>
        <w:t>Variable: _1_3_Stabilit_des_re_des_3_derniers_mois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Stables (stables), Variés modérément (vari_s_mod_r_ment), Très instables (tr_s_instables), Aucune source de revenu (aucune_source_de_revenu)</w:t>
      </w:r>
    </w:p>
    <w:p>
      <w:pPr>
        <w:jc w:val="left"/>
      </w:pPr>
      <w:r>
        <w:t>_______________</w:t>
      </w:r>
    </w:p>
    <w:p>
      <w:r>
        <w:rPr>
          <w:b/>
        </w:rPr>
        <w:t>6. 2.1 Accès quotidien à trois repas</w:t>
      </w:r>
    </w:p>
    <w:p>
      <w:pPr>
        <w:ind w:left="576"/>
      </w:pPr>
      <w:r>
        <w:rPr>
          <w:color w:val="6B7280"/>
          <w:sz w:val="17"/>
        </w:rPr>
        <w:t>Variable: _2_1_Acc_s_quotidien_trois_repas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Parfois (parfois), Rarement (rarement), Non (non)</w:t>
      </w:r>
    </w:p>
    <w:p>
      <w:pPr>
        <w:jc w:val="left"/>
      </w:pPr>
      <w:r>
        <w:t>_______________</w:t>
      </w:r>
    </w:p>
    <w:p>
      <w:r>
        <w:rPr>
          <w:b/>
        </w:rPr>
        <w:t>7. 2.2 Principale source de nourriture</w:t>
      </w:r>
    </w:p>
    <w:p>
      <w:pPr>
        <w:ind w:left="576"/>
      </w:pPr>
      <w:r>
        <w:rPr>
          <w:color w:val="6B7280"/>
          <w:sz w:val="17"/>
        </w:rPr>
        <w:t>Variable: _2_2_Principale_source_de_nourr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Achat au marché (achat_au_march), Production propre (production_propre), Don / Aide du voisinage (don___aide_du_voisinage), Assistance humanitaire (assistance_humanitaire), Autre (préciser) (autre__pr_ciser)</w:t>
      </w:r>
    </w:p>
    <w:p>
      <w:pPr>
        <w:jc w:val="left"/>
      </w:pPr>
      <w:r>
        <w:t>_______________</w:t>
      </w:r>
    </w:p>
    <w:p>
      <w:r>
        <w:rPr>
          <w:b/>
        </w:rPr>
        <w:t>8. Autre (préciser)</w:t>
      </w:r>
    </w:p>
    <w:p>
      <w:pPr>
        <w:ind w:left="576"/>
      </w:pPr>
      <w:r>
        <w:rPr>
          <w:color w:val="6B7280"/>
          <w:sz w:val="17"/>
        </w:rPr>
        <w:t>Variable: Autre_pr_ciser_001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${_2_2_Principale_source_de_nourr} = 'autre__pr_ciser'</w:t>
        <w:br/>
      </w:r>
    </w:p>
    <w:p>
      <w:pPr>
        <w:jc w:val="left"/>
      </w:pPr>
      <w:r>
        <w:t>_______________</w:t>
      </w:r>
    </w:p>
    <w:p>
      <w:r>
        <w:rPr>
          <w:b/>
        </w:rPr>
        <w:t>9. 2.3 Nombre de jours avec restriction alimentaire dans les 7 derniers jours</w:t>
      </w:r>
    </w:p>
    <w:p>
      <w:pPr>
        <w:ind w:left="576"/>
      </w:pPr>
      <w:r>
        <w:rPr>
          <w:color w:val="6B7280"/>
          <w:sz w:val="17"/>
        </w:rPr>
        <w:t>Variable: _2_3_Nombre_de_jours_avec_restr  |  Type: Nombre Entier  |  Obligatoire: Non</w:t>
      </w:r>
    </w:p>
    <w:p>
      <w:pPr>
        <w:ind w:left="576"/>
      </w:pPr>
      <w:r>
        <w:rPr>
          <w:color w:val="DC2626"/>
          <w:sz w:val="17"/>
        </w:rPr>
        <w:t>🛡️ Validation : . &gt;= 0 and . &lt;= 7</w:t>
      </w:r>
    </w:p>
    <w:p>
      <w:pPr>
        <w:jc w:val="left"/>
      </w:pPr>
      <w:r>
        <w:t>_______________</w:t>
      </w:r>
    </w:p>
    <w:p>
      <w:r>
        <w:rPr>
          <w:b/>
        </w:rPr>
        <w:t>10. Avez-vous dans le menage un enfant âgé de 6 a 59 mois (Moins de 5 ans)</w:t>
      </w:r>
    </w:p>
    <w:p>
      <w:pPr>
        <w:ind w:left="576"/>
      </w:pPr>
      <w:r>
        <w:rPr>
          <w:color w:val="6B7280"/>
          <w:sz w:val="17"/>
        </w:rPr>
        <w:t>Variable: Avez_vous_dans_le_menage_un_en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>
      <w:r>
        <w:rPr>
          <w:b/>
        </w:rPr>
        <w:t>11. 3.1 Consommation d’au moins un aliment riche en nutriments la veille</w:t>
      </w:r>
    </w:p>
    <w:p>
      <w:pPr>
        <w:ind w:left="576"/>
      </w:pPr>
      <w:r>
        <w:rPr>
          <w:color w:val="6B7280"/>
          <w:sz w:val="17"/>
        </w:rPr>
        <w:t>Variable: _3_1_Consommation_d_a_nutriments_la_veille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Œufs (_ufs), Légumes verts (l_gumes_verts), Fruits (fruits), Viande / poisson (viande___poisson), Légumineuses (l_gumineuses), Produits laitiers (produits_laitiers), Aucun (aucun)</w:t>
      </w:r>
    </w:p>
    <w:p>
      <w:pPr>
        <w:ind w:left="576"/>
      </w:pPr>
      <w:r>
        <w:rPr>
          <w:color w:val="4F46E5"/>
          <w:sz w:val="17"/>
        </w:rPr>
        <w:t>⚙️ Logique : ${Avez_vous_dans_le_menage_un_en} = 'oui'</w:t>
        <w:br/>
      </w:r>
    </w:p>
    <w:p>
      <w:pPr>
        <w:jc w:val="left"/>
      </w:pPr>
      <w:r>
        <w:t>_______________</w:t>
      </w:r>
    </w:p>
    <w:p>
      <w:r>
        <w:rPr>
          <w:b/>
        </w:rPr>
        <w:t>12. 3.2 Cas récents de malnutrition (diagnostic)</w:t>
      </w:r>
    </w:p>
    <w:p>
      <w:pPr>
        <w:ind w:left="576"/>
      </w:pPr>
      <w:r>
        <w:rPr>
          <w:color w:val="6B7280"/>
          <w:sz w:val="17"/>
        </w:rPr>
        <w:t>Variable: _3_2_Cas_r_cents_de_m_utrition_diagnostic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Oui, cas de malnutrition aiguë modérée (oui__cas_de_malnutrition_aigu__mod_r_e), Oui, cas de malnutrition sévère ou chronique (oui__cas_de_malnutrition_s_v_re_ou_chron), Non (non), Je ne sais pas (je_ne_sais_pas)</w:t>
      </w:r>
    </w:p>
    <w:p>
      <w:pPr>
        <w:ind w:left="576"/>
      </w:pPr>
      <w:r>
        <w:rPr>
          <w:color w:val="4F46E5"/>
          <w:sz w:val="17"/>
        </w:rPr>
        <w:t>⚙️ Logique : ${Avez_vous_dans_le_menage_un_en} = 'oui'</w:t>
        <w:br/>
      </w:r>
    </w:p>
    <w:p>
      <w:pPr>
        <w:jc w:val="left"/>
      </w:pPr>
      <w:r>
        <w:t>_______________</w:t>
      </w:r>
    </w:p>
    <w:p>
      <w:r>
        <w:rPr>
          <w:b/>
        </w:rPr>
        <w:t>13. 4.1 Accès au centre de santé le plus proche/ Distance moyenne pour s'y rendre</w:t>
      </w:r>
    </w:p>
    <w:p>
      <w:pPr>
        <w:ind w:left="576"/>
      </w:pPr>
      <w:r>
        <w:rPr>
          <w:color w:val="6B7280"/>
          <w:sz w:val="17"/>
        </w:rPr>
        <w:t>Variable: _4_1_Acc_s_au_centre_enne_pour_s_y_rendre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Moins de 1 km (moins_de_1_km), 1 à 5 km (1___5_km), Plus de 5 km (plus_de_5_km), Aucun centre accessible (aucun_centre_accessible)</w:t>
      </w:r>
    </w:p>
    <w:p>
      <w:pPr>
        <w:jc w:val="left"/>
      </w:pPr>
      <w:r>
        <w:t>_______________</w:t>
      </w:r>
    </w:p>
    <w:p>
      <w:r>
        <w:rPr>
          <w:b/>
        </w:rPr>
        <w:t>14. 4.2 Accès aux services administratifs (État / commune)</w:t>
      </w:r>
    </w:p>
    <w:p>
      <w:pPr>
        <w:ind w:left="576"/>
      </w:pPr>
      <w:r>
        <w:rPr>
          <w:color w:val="6B7280"/>
          <w:sz w:val="17"/>
        </w:rPr>
        <w:t>Variable: _4_2_Acc_s_aux_servic_atifs_tat_commune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Facile (facile), Modéré (mod_r), Difficile (difficile), Très difficile (tr_s_difficile), Impossible (impossible)</w:t>
      </w:r>
    </w:p>
    <w:p>
      <w:pPr>
        <w:jc w:val="left"/>
      </w:pPr>
      <w:r>
        <w:t>_______________</w:t>
      </w:r>
    </w:p>
    <w:p>
      <w:r>
        <w:rPr>
          <w:b/>
        </w:rPr>
        <w:t>15. 5.1 Enfants actuellement scolarisés</w:t>
      </w:r>
    </w:p>
    <w:p>
      <w:pPr>
        <w:ind w:left="576"/>
      </w:pPr>
      <w:r>
        <w:rPr>
          <w:color w:val="6B7280"/>
          <w:sz w:val="17"/>
        </w:rPr>
        <w:t>Variable: _5_1_Enfants_actuellement_scola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Oui, tous (oui__tous), Oui, certains (oui__certains), Aucun enfant scolarisé (aucun_enfant_scolaris), Pas d’enfants en âge d’être scolarisés (pas_d_enfants_en__ge_d_tre_sco)</w:t>
      </w:r>
    </w:p>
    <w:p>
      <w:pPr>
        <w:jc w:val="left"/>
      </w:pPr>
      <w:r>
        <w:t>_______________</w:t>
      </w:r>
    </w:p>
    <w:p>
      <w:r>
        <w:rPr>
          <w:b/>
        </w:rPr>
        <w:t>16. 5.2 Raisons de non-scolarisation (si applicable)</w:t>
      </w:r>
    </w:p>
    <w:p>
      <w:pPr>
        <w:ind w:left="576"/>
      </w:pPr>
      <w:r>
        <w:rPr>
          <w:color w:val="6B7280"/>
          <w:sz w:val="17"/>
        </w:rPr>
        <w:t>Variable: _5_2_Raisons_de_non_scolarisati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Coût élevé (co_t__lev), Distance de l’école (distance_de_l_cole), Insécurité (ins_curit), Travail des enfants (travail_des_enfants), Maladie (maladie), Autre (préciser) (autre__pr_ciser)</w:t>
      </w:r>
    </w:p>
    <w:p>
      <w:pPr>
        <w:ind w:left="576"/>
      </w:pPr>
      <w:r>
        <w:rPr>
          <w:color w:val="4F46E5"/>
          <w:sz w:val="17"/>
        </w:rPr>
        <w:t>⚙️ Logique : ${_5_1_Enfants_actuellement_scola} = 'oui__certains' and ${_5_1_Enfants_actuellement_scola} = 'aucun_enfant_scolaris'</w:t>
        <w:br/>
      </w:r>
    </w:p>
    <w:p>
      <w:pPr>
        <w:jc w:val="left"/>
      </w:pPr>
      <w:r>
        <w:t>_______________</w:t>
      </w:r>
    </w:p>
    <w:p>
      <w:r>
        <w:rPr>
          <w:b/>
        </w:rPr>
        <w:t>17. Autre (préciser)</w:t>
      </w:r>
    </w:p>
    <w:p>
      <w:pPr>
        <w:ind w:left="576"/>
      </w:pPr>
      <w:r>
        <w:rPr>
          <w:color w:val="6B7280"/>
          <w:sz w:val="17"/>
        </w:rPr>
        <w:t>Variable: Autre_pr_ciser_002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selected(${_5_2_Raisons_de_non_scolarisati}, 'autre__pr_ciser')</w:t>
        <w:br/>
      </w:r>
    </w:p>
    <w:p>
      <w:pPr>
        <w:jc w:val="left"/>
      </w:pPr>
      <w:r>
        <w:t>_______________</w:t>
      </w:r>
    </w:p>
    <w:p>
      <w:r>
        <w:rPr>
          <w:b/>
        </w:rPr>
        <w:t>18. 6.1 Type de logement</w:t>
      </w:r>
    </w:p>
    <w:p>
      <w:pPr>
        <w:ind w:left="576"/>
      </w:pPr>
      <w:r>
        <w:rPr>
          <w:color w:val="6B7280"/>
          <w:sz w:val="17"/>
        </w:rPr>
        <w:t>Variable: _6_1_Type_de_logement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Maison en dur (maison_en_dur), Maison semi-durable (maison_semi_durable), Abri provisoire (abri_provisoire), Tente / structure temporaire (tente___structure_temporaire), Sans abri (sans_abri)</w:t>
      </w:r>
    </w:p>
    <w:p>
      <w:pPr>
        <w:jc w:val="left"/>
      </w:pPr>
      <w:r>
        <w:t>_______________</w:t>
      </w:r>
    </w:p>
    <w:p>
      <w:r>
        <w:rPr>
          <w:b/>
        </w:rPr>
        <w:t>19. 6.2 Matériau du toit</w:t>
      </w:r>
    </w:p>
    <w:p>
      <w:pPr>
        <w:ind w:left="576"/>
      </w:pPr>
      <w:r>
        <w:rPr>
          <w:color w:val="6B7280"/>
          <w:sz w:val="17"/>
        </w:rPr>
        <w:t>Variable: _6_2_Mat_riau_du_toit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Tôle (t_le), Paille (paille), Bâche (b_che), Tuiles (tuiles), Autre (préciser) (autre__pr_ciser)</w:t>
      </w:r>
    </w:p>
    <w:p>
      <w:pPr>
        <w:jc w:val="left"/>
      </w:pPr>
      <w:r>
        <w:t>_______________</w:t>
      </w:r>
    </w:p>
    <w:p>
      <w:r>
        <w:rPr>
          <w:b/>
        </w:rPr>
        <w:t>20. Autre (préciser)</w:t>
      </w:r>
    </w:p>
    <w:p>
      <w:pPr>
        <w:ind w:left="576"/>
      </w:pPr>
      <w:r>
        <w:rPr>
          <w:color w:val="6B7280"/>
          <w:sz w:val="17"/>
        </w:rPr>
        <w:t>Variable: Autre_pr_ciser_003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${_6_2_Mat_riau_du_toit} = 'autre__pr_ciser'</w:t>
        <w:br/>
      </w:r>
    </w:p>
    <w:p>
      <w:pPr>
        <w:jc w:val="left"/>
      </w:pPr>
      <w:r>
        <w:t>_______________</w:t>
      </w:r>
    </w:p>
    <w:p>
      <w:r>
        <w:rPr>
          <w:b/>
        </w:rPr>
        <w:t>21. 6.3 Nombre de personnes par pièce (Chambre a couchée)</w:t>
      </w:r>
    </w:p>
    <w:p>
      <w:pPr>
        <w:ind w:left="576"/>
      </w:pPr>
      <w:r>
        <w:rPr>
          <w:color w:val="6B7280"/>
          <w:sz w:val="17"/>
        </w:rPr>
        <w:t>Variable: _6_3_Nombre_de_person_e_Chambre_a_couch_e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22. 7.1 Accès à l’eau potable</w:t>
      </w:r>
    </w:p>
    <w:p>
      <w:pPr>
        <w:ind w:left="576"/>
      </w:pPr>
      <w:r>
        <w:rPr>
          <w:color w:val="6B7280"/>
          <w:sz w:val="17"/>
        </w:rPr>
        <w:t>Variable: _7_1_Acc_s_l_eau_potable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(source améliorée) (oui__source_am_lior_e), Oui (source non améliorée) (oui__source_non_am_lior_e), Non (non)</w:t>
      </w:r>
    </w:p>
    <w:p>
      <w:pPr>
        <w:jc w:val="left"/>
      </w:pPr>
      <w:r>
        <w:t>_______________</w:t>
      </w:r>
    </w:p>
    <w:p>
      <w:r>
        <w:rPr>
          <w:b/>
        </w:rPr>
        <w:t>23. 7.2 Accès à une source d’électricité</w:t>
      </w:r>
    </w:p>
    <w:p>
      <w:pPr>
        <w:ind w:left="576"/>
      </w:pPr>
      <w:r>
        <w:rPr>
          <w:color w:val="6B7280"/>
          <w:sz w:val="17"/>
        </w:rPr>
        <w:t>Variable: _7_2_Acc_s_une_source_d_lectricit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Électricité publique (_lectricit__publique), Groupe électrogène (groupe__lectrog_ne), Solaire (solaire), Batterie / powerbank (batterie___powerbank), Aucun accès (aucun_acc_s)</w:t>
      </w:r>
    </w:p>
    <w:p>
      <w:pPr>
        <w:jc w:val="left"/>
      </w:pPr>
      <w:r>
        <w:t>_______________</w:t>
      </w:r>
    </w:p>
    <w:p>
      <w:r>
        <w:rPr>
          <w:b/>
        </w:rPr>
        <w:t>24. 8.1 Possession des biens suivants</w:t>
      </w:r>
    </w:p>
    <w:p>
      <w:pPr>
        <w:ind w:left="576"/>
      </w:pPr>
      <w:r>
        <w:rPr>
          <w:color w:val="6B7280"/>
          <w:sz w:val="17"/>
        </w:rPr>
        <w:t>Variable: _8_1_Possession_des_biens_suivants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Téléphone (t_l_phone), Radio (radio), Télévision (t_l_vision), Outils agricoles (outils_agricoles), Moto (moto), Vélo (v_lo), Bétail (préciser le type) (b_tail__pr_ciser_le_type), Aucun (aucun)</w:t>
      </w:r>
    </w:p>
    <w:p>
      <w:pPr>
        <w:jc w:val="left"/>
      </w:pPr>
      <w:r>
        <w:t>_______________</w:t>
      </w:r>
    </w:p>
    <w:p>
      <w:r>
        <w:rPr>
          <w:b/>
        </w:rPr>
        <w:t>25. 9.1 Difficulté à couvrir les dépenses essentielles du ménage</w:t>
      </w:r>
    </w:p>
    <w:p>
      <w:pPr>
        <w:ind w:left="576"/>
      </w:pPr>
      <w:r>
        <w:rPr>
          <w:color w:val="6B7280"/>
          <w:sz w:val="17"/>
        </w:rPr>
        <w:t>Variable: _9_1_Difficult_cou_sentielles_du_m_nage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Aucune difficulté (aucune_difficult), Quelques difficultés (quelques_difficult_s), Grandes difficultés (grandes_difficult_s), Impossible sans aide extérieure (impossible_sans_aide_ext_rieure)</w:t>
      </w:r>
    </w:p>
    <w:p>
      <w:pPr>
        <w:jc w:val="left"/>
      </w:pPr>
      <w:r>
        <w:t>_______________</w:t>
      </w:r>
    </w:p>
    <w:p>
      <w:r>
        <w:rPr>
          <w:b/>
        </w:rPr>
        <w:t>26. 9.2 Dépenses ayant augmenté récemment</w:t>
      </w:r>
    </w:p>
    <w:p>
      <w:pPr>
        <w:ind w:left="576"/>
      </w:pPr>
      <w:r>
        <w:rPr>
          <w:color w:val="6B7280"/>
          <w:sz w:val="17"/>
        </w:rPr>
        <w:t>Variable: _9_2_D_penses_ayant_augment_r_cemment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Alimentation (alimentation), Eau (eau), Électricité (_lectricit), Transport (transport), Soins médicaux (soins_m_dicaux), Éducation (_ducation), Logement (logement), Autre (préciser) (autre__pr_ciser)</w:t>
      </w:r>
    </w:p>
    <w:p>
      <w:pPr>
        <w:jc w:val="left"/>
      </w:pPr>
      <w:r>
        <w:t>_______________</w:t>
      </w:r>
    </w:p>
    <w:p>
      <w:r>
        <w:rPr>
          <w:b/>
        </w:rPr>
        <w:t>27. 10.1 Le ménage a-t-il contracté une dette au cours des 3 derniers mois ?</w:t>
      </w:r>
    </w:p>
    <w:p>
      <w:pPr>
        <w:ind w:left="576"/>
      </w:pPr>
      <w:r>
        <w:rPr>
          <w:color w:val="6B7280"/>
          <w:sz w:val="17"/>
        </w:rPr>
        <w:t>Variable: _10_1_Le_m_nage_a_t_il_contract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>
      <w:r>
        <w:rPr>
          <w:b/>
        </w:rPr>
        <w:t>28. 10.2 Motif principal de l’endettement (si oui)</w:t>
      </w:r>
    </w:p>
    <w:p>
      <w:pPr>
        <w:ind w:left="576"/>
      </w:pPr>
      <w:r>
        <w:rPr>
          <w:color w:val="6B7280"/>
          <w:sz w:val="17"/>
        </w:rPr>
        <w:t>Variable: _10_2_Motif_principal_de_l_ende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Nourriture (nourriture), Maladie (maladie), Logement (logement), Scolarité (scolarit), Activité génératrice de revenus (activit__g_n_ratrice_de_revenu), Autre (préciser) (autre__pr_ciser)</w:t>
      </w:r>
    </w:p>
    <w:p>
      <w:pPr>
        <w:ind w:left="576"/>
      </w:pPr>
      <w:r>
        <w:rPr>
          <w:color w:val="4F46E5"/>
          <w:sz w:val="17"/>
        </w:rPr>
        <w:t>⚙️ Logique : ${_10_1_Le_m_nage_a_t_il_contract} = 'oui'</w:t>
        <w:br/>
      </w:r>
    </w:p>
    <w:p>
      <w:pPr>
        <w:jc w:val="left"/>
      </w:pPr>
      <w:r>
        <w:t>_______________</w:t>
      </w:r>
    </w:p>
    <w:p>
      <w:r>
        <w:rPr>
          <w:b/>
        </w:rPr>
        <w:t>29. Autre (préciser)</w:t>
      </w:r>
    </w:p>
    <w:p>
      <w:pPr>
        <w:ind w:left="576"/>
      </w:pPr>
      <w:r>
        <w:rPr>
          <w:color w:val="6B7280"/>
          <w:sz w:val="17"/>
        </w:rPr>
        <w:t>Variable: Autre_pr_ciser_004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${_10_2_Motif_principal_de_l_ende} = 'autre__pr_ciser'</w:t>
        <w:br/>
      </w:r>
    </w:p>
    <w:p>
      <w:pPr>
        <w:jc w:val="left"/>
      </w:pPr>
      <w:r>
        <w:t>_______________</w:t>
      </w:r>
    </w:p>
    <w:p>
      <w:r>
        <w:rPr>
          <w:b/>
        </w:rPr>
        <w:t>30. 11.1 Le ménage a-t-il été exposé à un incident sécuritaire récemment ?</w:t>
      </w:r>
    </w:p>
    <w:p>
      <w:pPr>
        <w:ind w:left="576"/>
      </w:pPr>
      <w:r>
        <w:rPr>
          <w:color w:val="6B7280"/>
          <w:sz w:val="17"/>
        </w:rPr>
        <w:t>Variable: _11_1_Le_m_nage_a_t_il_t_expo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>
      <w:r>
        <w:rPr>
          <w:b/>
        </w:rPr>
        <w:t>31. 11.2 Type d’incident (si oui)</w:t>
      </w:r>
    </w:p>
    <w:p>
      <w:pPr>
        <w:ind w:left="576"/>
      </w:pPr>
      <w:r>
        <w:rPr>
          <w:color w:val="6B7280"/>
          <w:sz w:val="17"/>
        </w:rPr>
        <w:t>Variable: _11_2_Type_d_incident_si_oui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Vol (vol), Agression (agression), Déplacement forcé (d_placement_forc), Extorsion (extorsion), Violence sexuelle (violence_sexuelle), Autre (préciser) (autre__pr_ciser)</w:t>
      </w:r>
    </w:p>
    <w:p>
      <w:pPr>
        <w:ind w:left="576"/>
      </w:pPr>
      <w:r>
        <w:rPr>
          <w:color w:val="4F46E5"/>
          <w:sz w:val="17"/>
        </w:rPr>
        <w:t>⚙️ Logique : ${_11_1_Le_m_nage_a_t_il_t_expo} = 'oui'</w:t>
        <w:br/>
      </w:r>
    </w:p>
    <w:p>
      <w:pPr>
        <w:jc w:val="left"/>
      </w:pPr>
      <w:r>
        <w:t>_______________</w:t>
      </w:r>
    </w:p>
    <w:p>
      <w:r>
        <w:rPr>
          <w:b/>
        </w:rPr>
        <w:t>32. Autre (préciser)</w:t>
      </w:r>
    </w:p>
    <w:p>
      <w:pPr>
        <w:ind w:left="576"/>
      </w:pPr>
      <w:r>
        <w:rPr>
          <w:color w:val="6B7280"/>
          <w:sz w:val="17"/>
        </w:rPr>
        <w:t>Variable: Autre_pr_ciser_005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selected(${_11_2_Type_d_incident_si_oui}, 'autre__pr_ciser')</w:t>
        <w:br/>
      </w:r>
    </w:p>
    <w:p>
      <w:pPr>
        <w:jc w:val="left"/>
      </w:pPr>
      <w:r>
        <w:t>_______________</w:t>
      </w:r>
    </w:p>
    <w:p>
      <w:r>
        <w:rPr>
          <w:b/>
        </w:rPr>
        <w:t>33. 12.1 Présence d’un membre malade au cours des 2 dernières semaines</w:t>
      </w:r>
    </w:p>
    <w:p>
      <w:pPr>
        <w:ind w:left="576"/>
      </w:pPr>
      <w:r>
        <w:rPr>
          <w:color w:val="6B7280"/>
          <w:sz w:val="17"/>
        </w:rPr>
        <w:t>Variable: _12_1_Pr_sence_d_un_m_2_derni_res_semaines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>
      <w:r>
        <w:rPr>
          <w:b/>
        </w:rPr>
        <w:t>34. 12.2 Accès aux soins en cas de maladie</w:t>
      </w:r>
    </w:p>
    <w:p>
      <w:pPr>
        <w:ind w:left="576"/>
      </w:pPr>
      <w:r>
        <w:rPr>
          <w:color w:val="6B7280"/>
          <w:sz w:val="17"/>
        </w:rPr>
        <w:t>Variable: _12_2_Acc_s_aux_soins_en_cas_de_maladie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Oui, sans difficulté (oui__sans_difficult), Oui, avec difficulté (oui__avec_difficult), Non (non)</w:t>
      </w:r>
    </w:p>
    <w:p>
      <w:pPr>
        <w:jc w:val="left"/>
      </w:pPr>
      <w:r>
        <w:t>_______________</w:t>
      </w:r>
    </w:p>
    <w:p>
      <w:r>
        <w:rPr>
          <w:b/>
        </w:rPr>
        <w:t>35. 13.1 Ménage comprenant :</w:t>
      </w:r>
    </w:p>
    <w:p>
      <w:pPr>
        <w:ind w:left="576"/>
      </w:pPr>
      <w:r>
        <w:rPr>
          <w:color w:val="6B7280"/>
          <w:sz w:val="17"/>
        </w:rPr>
        <w:t>Variable: _13_1_M_nage_comprenant_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Personne vivant avec handicap (personne_vivant_avec_handicap), Personne âgée de 65 ans ou plus (personne__g_e_de_65_ans_ou_plus), Enfant orphelin (un ou deux parents) (enfant_orphelin__un_ou_deux_parents), Enfant chef de ménage (enfant_chef_de_m_nage), Aucun (aucun)</w:t>
      </w:r>
    </w:p>
    <w:p>
      <w:pPr>
        <w:jc w:val="left"/>
      </w:pPr>
      <w:r>
        <w:t>_______________</w:t>
      </w:r>
    </w:p>
    <w:p>
      <w:r>
        <w:rPr>
          <w:b/>
        </w:rPr>
        <w:t>36. 13.2 Handicap ou personne âgée nécessitant assistance</w:t>
      </w:r>
    </w:p>
    <w:p>
      <w:pPr>
        <w:ind w:left="576"/>
      </w:pPr>
      <w:r>
        <w:rPr>
          <w:color w:val="6B7280"/>
          <w:sz w:val="17"/>
        </w:rPr>
        <w:t>Variable: _13_2_Handicap_ou_per_cessitant_assistance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>
      <w:r>
        <w:br w:type="page"/>
      </w:r>
    </w:p>
    <w:p>
      <w:pPr>
        <w:pStyle w:val="Heading1"/>
      </w:pPr>
      <w:r>
        <w:rPr>
          <w:color w:val="10B981"/>
        </w:rPr>
        <w:t>Dossier : SANTE</w:t>
      </w:r>
    </w:p>
    <w:p/>
    <w:p>
      <w:r>
        <w:rPr>
          <w:b/>
          <w:color w:val="F59E0B"/>
          <w:sz w:val="28"/>
        </w:rPr>
        <w:t>Questionnaire : 4.1 Taux de morbidité</w:t>
      </w:r>
    </w:p>
    <w:p>
      <w:r>
        <w:t>UID : a6H95sw9rKVm3q3GBmg2qB</w:t>
      </w:r>
    </w:p>
    <w:p/>
    <w:p>
      <w:r>
        <w:rPr>
          <w:b/>
        </w:rPr>
        <w:t>1. Quartier/zone</w:t>
      </w:r>
    </w:p>
    <w:p>
      <w:pPr>
        <w:ind w:left="576"/>
      </w:pPr>
      <w:r>
        <w:rPr>
          <w:color w:val="6B7280"/>
          <w:sz w:val="17"/>
        </w:rPr>
        <w:t>Variable: Quartier_zone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Quartier Les Volcans (quartier_les_volcans), Quartier Mikeno (quartier_mikeno), Quartier Mapendo (quartier_mapendo), Quartier Katindo (quartier_katindo), Quartier Himbi (quartier_himbi), Quartier Keshero (quartier_keshero), Quartier Lac Vert (quartier_lac_vert), Quartier Kahembe (quartier_kahembe), Quartier Murara (quartier_murara), Quartier Bujovu (quartier_bujovu), Quartier Majengo (quartier_majengo), Quartier Mabanga nord (quartier_mabanga_nord), Quartier Mabanga sud (quartier_mabanga_sud), Quartier Kasika (quartier_kasika), Quartier Katoyi (quartier_katoyi), Quartier Ndosho (quartier_ndosho), Quartier Mugunga (quartier_mugunga), Quartier Virunga (quartier_virunga)</w:t>
      </w:r>
    </w:p>
    <w:p>
      <w:pPr>
        <w:jc w:val="left"/>
      </w:pPr>
      <w:r>
        <w:t>_______________</w:t>
      </w:r>
    </w:p>
    <w:p>
      <w:r>
        <w:rPr>
          <w:b/>
        </w:rPr>
        <w:t>2. 1. Sexe de l’individu</w:t>
      </w:r>
    </w:p>
    <w:p>
      <w:pPr>
        <w:ind w:left="576"/>
      </w:pPr>
      <w:r>
        <w:rPr>
          <w:color w:val="6B7280"/>
          <w:sz w:val="17"/>
        </w:rPr>
        <w:t>Variable: _1_Sexe_de_l_individu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Masculin (masculin), Féminin (f_minin)</w:t>
      </w:r>
    </w:p>
    <w:p>
      <w:pPr>
        <w:jc w:val="left"/>
      </w:pPr>
      <w:r>
        <w:t>_______________</w:t>
      </w:r>
    </w:p>
    <w:p>
      <w:r>
        <w:rPr>
          <w:b/>
        </w:rPr>
        <w:t>3. 3. Maladie ou symptôme principal (pathologie diagnostiquée ou rapportée)</w:t>
      </w:r>
    </w:p>
    <w:p>
      <w:pPr>
        <w:ind w:left="576"/>
      </w:pPr>
      <w:r>
        <w:rPr>
          <w:color w:val="6B7280"/>
          <w:sz w:val="17"/>
        </w:rPr>
        <w:t>Variable: _3_Maladie_ou_sympt_me_princip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Fièvre (fi_vre), Paludisme confirmé (test) (paludisme_confirm___test), Infection respiratoire aiguë (infection_respiratoire_aigu), Diarrhée (diarrh_e), Vomissements (vomissements), Douleurs abdominales (douleurs_abdominales), Infection cutanée (infection_cutan_e), Malnutrition (diagnostiquée) (malnutrition__diagnostiqu_e), Douleurs musculaires / articulaires (douleurs_musculaires___articul), Hypertension (hypertension), Diabète (diab_te), Traumatismes / blessures (traumatismes___blessures), Problèmes chroniques (préciser) (probl_mes_chroniques__pr_ciser), Toux (toux), Autre (préciser) (autre__pr_ciser)</w:t>
      </w:r>
    </w:p>
    <w:p>
      <w:pPr>
        <w:jc w:val="left"/>
      </w:pPr>
      <w:r>
        <w:t>_______________</w:t>
      </w:r>
    </w:p>
    <w:p>
      <w:r>
        <w:rPr>
          <w:b/>
        </w:rPr>
        <w:t>4. Autre (préciser)</w:t>
      </w:r>
    </w:p>
    <w:p>
      <w:pPr>
        <w:ind w:left="576"/>
      </w:pPr>
      <w:r>
        <w:rPr>
          <w:color w:val="6B7280"/>
          <w:sz w:val="17"/>
        </w:rPr>
        <w:t>Variable: Autre_pr_ciser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${_3_Maladie_ou_sympt_me_princip} = 'autre__pr_ciser'</w:t>
        <w:br/>
      </w:r>
    </w:p>
    <w:p>
      <w:pPr>
        <w:jc w:val="left"/>
      </w:pPr>
      <w:r>
        <w:t>_______________</w:t>
      </w:r>
    </w:p>
    <w:p>
      <w:r>
        <w:rPr>
          <w:b/>
        </w:rPr>
        <w:t>5. 4. Date d’apparition des symptômes</w:t>
      </w:r>
    </w:p>
    <w:p>
      <w:pPr>
        <w:ind w:left="576"/>
      </w:pPr>
      <w:r>
        <w:rPr>
          <w:color w:val="6B7280"/>
          <w:sz w:val="17"/>
        </w:rPr>
        <w:t>Variable: _4_Date_d_apparition_des_sympt_mes  |  Type: Date  |  Obligatoire: Non</w:t>
      </w:r>
    </w:p>
    <w:p>
      <w:pPr>
        <w:jc w:val="left"/>
      </w:pPr>
      <w:r>
        <w:t>_______________</w:t>
      </w:r>
    </w:p>
    <w:p>
      <w:r>
        <w:rPr>
          <w:b/>
        </w:rPr>
        <w:t>6. 5. Fréquence des épisodes (durant les 3 derniers mois)</w:t>
      </w:r>
    </w:p>
    <w:p>
      <w:pPr>
        <w:ind w:left="576"/>
      </w:pPr>
      <w:r>
        <w:rPr>
          <w:color w:val="6B7280"/>
          <w:sz w:val="17"/>
        </w:rPr>
        <w:t>Variable: _5_Fr_quence_des_pi_les_3_derniers_mois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Premier épisode (premier__pisode), 2 à 3 épisodes (2___3__pisodes), Plus de 3 épisodes (plus_de_3__pisodes), Maladie chronique / permanente (maladie_chronique___permanente)</w:t>
      </w:r>
    </w:p>
    <w:p>
      <w:pPr>
        <w:jc w:val="left"/>
      </w:pPr>
      <w:r>
        <w:t>_______________</w:t>
      </w:r>
    </w:p>
    <w:p>
      <w:r>
        <w:rPr>
          <w:b/>
        </w:rPr>
        <w:t>7. 6. Gravité perçue de la maladie</w:t>
      </w:r>
    </w:p>
    <w:p>
      <w:pPr>
        <w:ind w:left="576"/>
      </w:pPr>
      <w:r>
        <w:rPr>
          <w:color w:val="6B7280"/>
          <w:sz w:val="17"/>
        </w:rPr>
        <w:t>Variable: _6_Gravit_per_ue_de_la_maladie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Légère (l_g_re), Modérée (mod_r_e), Sévère (s_v_re), Très sévère / menace vitale (tr_s_s_v_re___menace_vitale)</w:t>
      </w:r>
    </w:p>
    <w:p>
      <w:pPr>
        <w:jc w:val="left"/>
      </w:pPr>
      <w:r>
        <w:t>_______________</w:t>
      </w:r>
    </w:p>
    <w:p>
      <w:r>
        <w:rPr>
          <w:b/>
        </w:rPr>
        <w:t>8. 7. L’individu a-t-il consulté un service de santé pour cet épisode ?</w:t>
      </w:r>
    </w:p>
    <w:p>
      <w:pPr>
        <w:ind w:left="576"/>
      </w:pPr>
      <w:r>
        <w:rPr>
          <w:color w:val="6B7280"/>
          <w:sz w:val="17"/>
        </w:rPr>
        <w:t>Variable: _7_L_individu_a_t_il_consult_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Oui, centre de santé (oui__centre_de_sant), Oui, hôpital (oui__h_pital), Oui, pharmacie / médecin privé (oui__pharmacie___m_decin_priv), Non, automédication (non__autom_dication), Non, aucun soin reçu (non__aucun_soin_re_u)</w:t>
      </w:r>
    </w:p>
    <w:p>
      <w:pPr>
        <w:jc w:val="left"/>
      </w:pPr>
      <w:r>
        <w:t>_______________</w:t>
      </w:r>
    </w:p>
    <w:p>
      <w:r>
        <w:rPr>
          <w:b/>
        </w:rPr>
        <w:t>9. 8. Délai avant consultation (si consultation)</w:t>
      </w:r>
    </w:p>
    <w:p>
      <w:pPr>
        <w:ind w:left="576"/>
      </w:pPr>
      <w:r>
        <w:rPr>
          <w:color w:val="6B7280"/>
          <w:sz w:val="17"/>
        </w:rPr>
        <w:t>Variable: _8_D_lai_avant_consu_ion_si_consultation  |  Type: Nombre Entier  |  Obligatoire: Non</w:t>
      </w:r>
    </w:p>
    <w:p>
      <w:pPr>
        <w:ind w:left="576"/>
      </w:pPr>
      <w:r>
        <w:rPr>
          <w:color w:val="4F46E5"/>
          <w:sz w:val="17"/>
        </w:rPr>
        <w:t>⚙️ Logique : ${_7_L_individu_a_t_il_consult_} = 'oui__centre_de_sant' or ${_7_L_individu_a_t_il_consult_} = 'oui__h_pital' or ${_7_L_individu_a_t_il_consult_} = 'oui__pharmacie___m_decin_priv'</w:t>
        <w:br/>
      </w:r>
    </w:p>
    <w:p>
      <w:pPr>
        <w:jc w:val="left"/>
      </w:pPr>
      <w:r>
        <w:t>_______________</w:t>
      </w:r>
    </w:p>
    <w:p>
      <w:r>
        <w:rPr>
          <w:b/>
        </w:rPr>
        <w:t>10. 9. Motifs de non-consultation (si aucun accès aux soins)</w:t>
      </w:r>
    </w:p>
    <w:p>
      <w:pPr>
        <w:ind w:left="576"/>
      </w:pPr>
      <w:r>
        <w:rPr>
          <w:color w:val="6B7280"/>
          <w:sz w:val="17"/>
        </w:rPr>
        <w:t>Variable: _9_Motifs_de_non_consultation_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Coût élevé (co_t__lev), Distance du centre de santé (distance_du_centre_de_sant), Manque de médicaments (manque_de_m_dicaments), Manque de personnel (manque_de_personnel), Insécurité (ins_curit), Attitude du personnel (attitude_du_personnel), Préférence pour médecine traditionnelle (pr_f_rence_pour_m_decine_tradi), Autre (préciser) (autre__pr_ciser)</w:t>
      </w:r>
    </w:p>
    <w:p>
      <w:pPr>
        <w:ind w:left="576"/>
      </w:pPr>
      <w:r>
        <w:rPr>
          <w:color w:val="4F46E5"/>
          <w:sz w:val="17"/>
        </w:rPr>
        <w:t>⚙️ Logique : ${_7_L_individu_a_t_il_consult_} = 'non__autom_dication' and ${_7_L_individu_a_t_il_consult_} = 'non__aucun_soin_re_u'</w:t>
        <w:br/>
      </w:r>
    </w:p>
    <w:p>
      <w:pPr>
        <w:jc w:val="left"/>
      </w:pPr>
      <w:r>
        <w:t>_______________</w:t>
      </w:r>
    </w:p>
    <w:p>
      <w:r>
        <w:rPr>
          <w:b/>
        </w:rPr>
        <w:t>11. Autre (préciser)</w:t>
      </w:r>
    </w:p>
    <w:p>
      <w:pPr>
        <w:ind w:left="576"/>
      </w:pPr>
      <w:r>
        <w:rPr>
          <w:color w:val="6B7280"/>
          <w:sz w:val="17"/>
        </w:rPr>
        <w:t>Variable: Autre_pr_ciser_001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selected(${_9_Motifs_de_non_consultation_}, 'autre__pr_ciser')</w:t>
        <w:br/>
      </w:r>
    </w:p>
    <w:p>
      <w:pPr>
        <w:jc w:val="left"/>
      </w:pPr>
      <w:r>
        <w:t>_______________</w:t>
      </w:r>
    </w:p>
    <w:p>
      <w:r>
        <w:rPr>
          <w:b/>
        </w:rPr>
        <w:t>12. 10. Traitement reçu</w:t>
      </w:r>
    </w:p>
    <w:p>
      <w:pPr>
        <w:ind w:left="576"/>
      </w:pPr>
      <w:r>
        <w:rPr>
          <w:color w:val="6B7280"/>
          <w:sz w:val="17"/>
        </w:rPr>
        <w:t>Variable: _10_Traitement_re_u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Traitement médical prescrit (traitement_m_dical_prescrit), Antipaludique (antipaludique), Antibiotique (antibiotique), Antalgique / anti-inflammatoire (antalgique___anti_inflammatoir), Solution de réhydratation (solution_de_r_hydratation), Médecine traditionnelle (m_decine_traditionnelle), Aucun traitement (aucun_traitement), Autre (préciser) (autre__pr_ciser)</w:t>
      </w:r>
    </w:p>
    <w:p>
      <w:pPr>
        <w:jc w:val="left"/>
      </w:pPr>
      <w:r>
        <w:t>_______________</w:t>
      </w:r>
    </w:p>
    <w:p>
      <w:r>
        <w:rPr>
          <w:b/>
        </w:rPr>
        <w:t>13. Autre (préciser)</w:t>
      </w:r>
    </w:p>
    <w:p>
      <w:pPr>
        <w:ind w:left="576"/>
      </w:pPr>
      <w:r>
        <w:rPr>
          <w:color w:val="6B7280"/>
          <w:sz w:val="17"/>
        </w:rPr>
        <w:t>Variable: Autre_pr_ciser_002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selected(${_10_Traitement_re_u}, 'autre__pr_ciser')</w:t>
        <w:br/>
      </w:r>
    </w:p>
    <w:p>
      <w:pPr>
        <w:jc w:val="left"/>
      </w:pPr>
      <w:r>
        <w:t>_______________</w:t>
      </w:r>
    </w:p>
    <w:p>
      <w:r>
        <w:rPr>
          <w:b/>
        </w:rPr>
        <w:t>14. 11. Évolution de la maladie</w:t>
      </w:r>
    </w:p>
    <w:p>
      <w:pPr>
        <w:ind w:left="576"/>
      </w:pPr>
      <w:r>
        <w:rPr>
          <w:color w:val="6B7280"/>
          <w:sz w:val="17"/>
        </w:rPr>
        <w:t>Variable: _11_volution_de_la_maladie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Guérison complète (gu_rison_compl_te), Amélioration partielle (am_lioration_partielle), Pas d’amélioration (pas_d_am_lioration), Aggravation (aggravation), Hospitalisation (hospitalisation), Décès (redirige vers section mortalité) (d_c_s__redirige_vers_section_mortalit)</w:t>
      </w:r>
    </w:p>
    <w:p>
      <w:pPr>
        <w:jc w:val="left"/>
      </w:pPr>
      <w:r>
        <w:t>_______________</w:t>
      </w:r>
    </w:p>
    <w:p/>
    <w:p>
      <w:r>
        <w:rPr>
          <w:b/>
          <w:color w:val="F59E0B"/>
          <w:sz w:val="28"/>
        </w:rPr>
        <w:t>Questionnaire : 4.2 Taux de mortalité</w:t>
      </w:r>
    </w:p>
    <w:p>
      <w:r>
        <w:t>UID : aDUfDZvom57i6PsVXgxpEg</w:t>
      </w:r>
    </w:p>
    <w:p/>
    <w:p>
      <w:r>
        <w:rPr>
          <w:b/>
        </w:rPr>
        <w:t>1. Quartier/zone</w:t>
      </w:r>
    </w:p>
    <w:p>
      <w:pPr>
        <w:ind w:left="576"/>
      </w:pPr>
      <w:r>
        <w:rPr>
          <w:color w:val="6B7280"/>
          <w:sz w:val="17"/>
        </w:rPr>
        <w:t>Variable: Quartier_zone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Quartier Les Volcans (quartier_les_volcans), Quartier Mikeno (quartier_mikeno), Quartier Mapendo (quartier_mapendo), Quartier Katindo (quartier_katindo), Quartier Himbi (quartier_himbi), Quartier Keshero (quartier_keshero), Quartier Lac Vert (quartier_lac_vert), Quartier Kahembe (quartier_kahembe), Quartier Murara (quartier_murara), Quartier Bujovu (quartier_bujovu), Quartier Majengo (quartier_majengo), Quartier Mabanga nord (quartier_mabanga_nord), Quartier Mabanga sud (quartier_mabanga_sud), Quartier Kasika (quartier_kasika), Quartier Katoyi (quartier_katoyi), Quartier Ndosho (quartier_ndosho), Quartier Mugunga (quartier_mugunga), Quartier Virunga (quartier_virunga)</w:t>
      </w:r>
    </w:p>
    <w:p>
      <w:pPr>
        <w:jc w:val="left"/>
      </w:pPr>
      <w:r>
        <w:t>_______________</w:t>
      </w:r>
    </w:p>
    <w:p>
      <w:r>
        <w:rPr>
          <w:b/>
        </w:rPr>
        <w:t>2. 1. Nombre total de décès survenus dans le ménage</w:t>
      </w:r>
    </w:p>
    <w:p>
      <w:pPr>
        <w:ind w:left="576"/>
      </w:pPr>
      <w:r>
        <w:rPr>
          <w:color w:val="6B7280"/>
          <w:sz w:val="17"/>
        </w:rPr>
        <w:t>Variable: _1_Nombre_total_de_d_venus_dans_le_m_nage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3. 2.1 Sexe du défunt</w:t>
      </w:r>
    </w:p>
    <w:p>
      <w:pPr>
        <w:ind w:left="576"/>
      </w:pPr>
      <w:r>
        <w:rPr>
          <w:color w:val="6B7280"/>
          <w:sz w:val="17"/>
        </w:rPr>
        <w:t>Variable: _2_1_Sexe_du_d_funt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Masculin (masculin), Féminin (f_minin)</w:t>
      </w:r>
    </w:p>
    <w:p>
      <w:pPr>
        <w:jc w:val="left"/>
      </w:pPr>
      <w:r>
        <w:t>_______________</w:t>
      </w:r>
    </w:p>
    <w:p>
      <w:r>
        <w:rPr>
          <w:b/>
        </w:rPr>
        <w:t>4. 2.2 Âge du défunt</w:t>
      </w:r>
    </w:p>
    <w:p>
      <w:pPr>
        <w:ind w:left="576"/>
      </w:pPr>
      <w:r>
        <w:rPr>
          <w:color w:val="6B7280"/>
          <w:sz w:val="17"/>
        </w:rPr>
        <w:t>Variable: _2_2_ge_du_d_funt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5. 2.3 Date du décès</w:t>
      </w:r>
    </w:p>
    <w:p>
      <w:pPr>
        <w:ind w:left="576"/>
      </w:pPr>
      <w:r>
        <w:rPr>
          <w:color w:val="6B7280"/>
          <w:sz w:val="17"/>
        </w:rPr>
        <w:t>Variable: _2_3_Date_du_d_c_s  |  Type: Date  |  Obligatoire: Non</w:t>
      </w:r>
    </w:p>
    <w:p>
      <w:pPr>
        <w:jc w:val="left"/>
      </w:pPr>
      <w:r>
        <w:t>_______________</w:t>
      </w:r>
    </w:p>
    <w:p>
      <w:r>
        <w:rPr>
          <w:b/>
        </w:rPr>
        <w:t>6. 2.4 Lieu du décès</w:t>
      </w:r>
    </w:p>
    <w:p>
      <w:pPr>
        <w:ind w:left="576"/>
      </w:pPr>
      <w:r>
        <w:rPr>
          <w:color w:val="6B7280"/>
          <w:sz w:val="17"/>
        </w:rPr>
        <w:t>Variable: _2_4_Lieu_du_d_c_s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Au domicile (au_domicile), Centre de santé (centre_de_sant), Hôpital (h_pital), En route vers un établissement de santé (en_route_vers_un__tablissement), En déplacement / extérieur (en_d_placement___ext_rieur), Inconnu (inconnu), Autre (préciser) (autre__pr_ciser)</w:t>
      </w:r>
    </w:p>
    <w:p>
      <w:pPr>
        <w:jc w:val="left"/>
      </w:pPr>
      <w:r>
        <w:t>_______________</w:t>
      </w:r>
    </w:p>
    <w:p>
      <w:r>
        <w:rPr>
          <w:b/>
        </w:rPr>
        <w:t>7. Autre (préciser)</w:t>
      </w:r>
    </w:p>
    <w:p>
      <w:pPr>
        <w:ind w:left="576"/>
      </w:pPr>
      <w:r>
        <w:rPr>
          <w:color w:val="6B7280"/>
          <w:sz w:val="17"/>
        </w:rPr>
        <w:t>Variable: Autre_pr_ciser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${_2_4_Lieu_du_d_c_s} = 'autre__pr_ciser'</w:t>
        <w:br/>
      </w:r>
    </w:p>
    <w:p>
      <w:pPr>
        <w:jc w:val="left"/>
      </w:pPr>
      <w:r>
        <w:t>_______________</w:t>
      </w:r>
    </w:p>
    <w:p>
      <w:r>
        <w:rPr>
          <w:b/>
        </w:rPr>
        <w:t>8. 2.5 Cause principale du décès</w:t>
      </w:r>
    </w:p>
    <w:p>
      <w:pPr>
        <w:ind w:left="576"/>
      </w:pPr>
      <w:r>
        <w:rPr>
          <w:color w:val="6B7280"/>
          <w:sz w:val="17"/>
        </w:rPr>
        <w:t>Variable: _2_5_Cause_principale_du_d_c_s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Maladie fébrile / paludisme (maladie_f_brile___paludisme), Infection respiratoire (infection_respiratoire), Diarrhée / déshydratation (diarrh_e___d_shydratation), Malnutrition (malnutrition), Complication obstétricale (complication_obst_tricale), Maladie chronique (diabète, HTA, etc.) (maladie_chronique__diab_te__ht), Accident / traumatisme (accident___traumatisme), Violence (arme à feu, arme blanche, etc.) (violence__arme___feu__arme_bla), Mort subite / cause inconnue (mort_subite___cause_inconnue), Autre (préciser) (autre__pr_ciser)</w:t>
      </w:r>
    </w:p>
    <w:p>
      <w:pPr>
        <w:jc w:val="left"/>
      </w:pPr>
      <w:r>
        <w:t>_______________</w:t>
      </w:r>
    </w:p>
    <w:p>
      <w:r>
        <w:rPr>
          <w:b/>
        </w:rPr>
        <w:t>9. Autre (préciser)</w:t>
      </w:r>
    </w:p>
    <w:p>
      <w:pPr>
        <w:ind w:left="576"/>
      </w:pPr>
      <w:r>
        <w:rPr>
          <w:color w:val="6B7280"/>
          <w:sz w:val="17"/>
        </w:rPr>
        <w:t>Variable: Autre_pr_ciser_001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${_2_5_Cause_principale_du_d_c_s} = 'autre__pr_ciser'</w:t>
        <w:br/>
      </w:r>
    </w:p>
    <w:p>
      <w:pPr>
        <w:jc w:val="left"/>
      </w:pPr>
      <w:r>
        <w:t>_______________</w:t>
      </w:r>
    </w:p>
    <w:p>
      <w:r>
        <w:rPr>
          <w:b/>
        </w:rPr>
        <w:t>10. 2.6 Accès aux soins avant le décès</w:t>
      </w:r>
    </w:p>
    <w:p>
      <w:pPr>
        <w:ind w:left="576"/>
      </w:pPr>
      <w:r>
        <w:rPr>
          <w:color w:val="6B7280"/>
          <w:sz w:val="17"/>
        </w:rPr>
        <w:t>Variable: _2_6_Acc_s_aux_soins_avant_le_d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Oui, l’individu a consulté (oui__l_individu_a_consult), Non, pas de consultation (non__pas_de_consultation), Ne sais pas (ne_sais_pas)</w:t>
      </w:r>
    </w:p>
    <w:p>
      <w:pPr>
        <w:jc w:val="left"/>
      </w:pPr>
      <w:r>
        <w:t>_______________</w:t>
      </w:r>
    </w:p>
    <w:p>
      <w:r>
        <w:rPr>
          <w:b/>
        </w:rPr>
        <w:t>11. 2.7 Délai entre l’apparition des symptômes et le décès</w:t>
      </w:r>
    </w:p>
    <w:p>
      <w:pPr>
        <w:ind w:left="576"/>
      </w:pPr>
      <w:r>
        <w:rPr>
          <w:color w:val="6B7280"/>
          <w:sz w:val="17"/>
        </w:rPr>
        <w:t>Variable: _2_7_D_lai_entre_l_ap_ympt_mes_et_le_d_c_s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12. 2.8 Motifs de non-accès aux soins (si non-consultation)</w:t>
      </w:r>
    </w:p>
    <w:p>
      <w:pPr>
        <w:ind w:left="576"/>
      </w:pPr>
      <w:r>
        <w:rPr>
          <w:color w:val="6B7280"/>
          <w:sz w:val="17"/>
        </w:rPr>
        <w:t>Variable: _2_8_Motifs_de_non_acc_s_aux_so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Coût trop élevé (co_t_trop__lev), Distance (distance), Absence de médicaments / services (absence_de_m_dicaments___servi), Insécurité (ins_curit), Décès trop rapide (d_c_s_trop_rapide), Décès pendant transport (d_c_s_pendant_transport), Autre (préciser) (autre__pr_ciser)</w:t>
      </w:r>
    </w:p>
    <w:p>
      <w:pPr>
        <w:ind w:left="576"/>
      </w:pPr>
      <w:r>
        <w:rPr>
          <w:color w:val="4F46E5"/>
          <w:sz w:val="17"/>
        </w:rPr>
        <w:t>⚙️ Logique : ${_2_6_Acc_s_aux_soins_avant_le_d} = 'non__pas_de_consultation'</w:t>
        <w:br/>
      </w:r>
    </w:p>
    <w:p>
      <w:pPr>
        <w:jc w:val="left"/>
      </w:pPr>
      <w:r>
        <w:t>_______________</w:t>
      </w:r>
    </w:p>
    <w:p>
      <w:r>
        <w:rPr>
          <w:b/>
        </w:rPr>
        <w:t>13. Autre (préciser)</w:t>
      </w:r>
    </w:p>
    <w:p>
      <w:pPr>
        <w:ind w:left="576"/>
      </w:pPr>
      <w:r>
        <w:rPr>
          <w:color w:val="6B7280"/>
          <w:sz w:val="17"/>
        </w:rPr>
        <w:t>Variable: Autre_pr_ciser_002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selected(${_2_8_Motifs_de_non_acc_s_aux_so}, 'autre__pr_ciser')</w:t>
        <w:br/>
      </w:r>
    </w:p>
    <w:p>
      <w:pPr>
        <w:jc w:val="left"/>
      </w:pPr>
      <w:r>
        <w:t>_______________</w:t>
      </w:r>
    </w:p>
    <w:p/>
    <w:p>
      <w:r>
        <w:rPr>
          <w:b/>
          <w:color w:val="F59E0B"/>
          <w:sz w:val="28"/>
        </w:rPr>
        <w:t>Questionnaire : 4.5 Disponibilité médicaments essentiels</w:t>
      </w:r>
    </w:p>
    <w:p>
      <w:r>
        <w:t>UID : afKzkXxnYNDNpFQFAqHpNb</w:t>
      </w:r>
    </w:p>
    <w:p/>
    <w:p>
      <w:r>
        <w:rPr>
          <w:b/>
        </w:rPr>
        <w:t>1. Quartier/zone</w:t>
      </w:r>
    </w:p>
    <w:p>
      <w:pPr>
        <w:ind w:left="576"/>
      </w:pPr>
      <w:r>
        <w:rPr>
          <w:color w:val="6B7280"/>
          <w:sz w:val="17"/>
        </w:rPr>
        <w:t>Variable: Quartier_zone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Quartier Les Volcans (quartier_les_volcans), Quartier Mikeno (quartier_mikeno), Quartier Mapendo (quartier_mapendo), Quartier Katindo (quartier_katindo), Quartier Himbi (quartier_himbi), Quartier Keshero (quartier_keshero), Quartier Lac Vert (quartier_lac_vert), Quartier Kahembe (quartier_kahembe), Quartier Murara (quartier_murara), Quartier Bujovu (quartier_bujovu), Quartier Majengo (quartier_majengo), Quartier Mabanga nord (quartier_mabanga_nord), Quartier Mabanga sud (quartier_mabanga_sud), Quartier Kasika (quartier_kasika), Quartier Katoyi (quartier_katoyi), Quartier Ndosho (quartier_ndosho), Quartier Mugunga (quartier_mugunga), Quartier Virunga (quartier_virunga)</w:t>
      </w:r>
    </w:p>
    <w:p>
      <w:pPr>
        <w:jc w:val="left"/>
      </w:pPr>
      <w:r>
        <w:t>_______________</w:t>
      </w:r>
    </w:p>
    <w:p>
      <w:r>
        <w:rPr>
          <w:b/>
        </w:rPr>
        <w:t>2. 1. Liste des médicaments essentiels suivis</w:t>
      </w:r>
    </w:p>
    <w:p>
      <w:pPr>
        <w:ind w:left="576"/>
      </w:pPr>
      <w:r>
        <w:rPr>
          <w:color w:val="6B7280"/>
          <w:sz w:val="17"/>
        </w:rPr>
        <w:t>Variable: _1_Liste_des_m_dicaments_essen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Antipaludiques (Artésunate injectable, Artemether-Lumefantrine (ACT),Quinine injectable / comprimés) (antipaludiques__art_sunate_injectable__a), Antibiotiques de base (Amoxicilline (comprimés / sirop), Cotrimoxazole, Ciprofloxacine, Métronidazole) (antibiotiques_de_base__amoxicilline__com), Antituberculeux (Rifampicine, Isoniazide, Pyrazinamide, Ethambutol) (antituberculeux__rifampicine__isoniazide), Antirétroviraux (ARV) (Tenofovir + Lamivudine + Dolutegravir (TLD), Efavirenz, Névirapine) (antir_troviraux__arv___tenofovir___lamiv), Santé maternelle et infantile (Oxytocine injectable, Misoprostol, Fer + acide folique, Sulfadoxine-Pyriméthamine (SP)) (sant__maternelle_et_infantile__oxytocine), Vaccins essentiels (BCG, Polio, DTC-HepB-Hib (Pentavalent), Rougeole, Pneumocoque) (vaccins_essentiels__bcg__polio__dtc_hepb), Analgésiques et antipyrétiques (Paracétamol, Ibuprofène, Morphine (formes contrôlées)) (analg_siques_et_antipyr_tiques__parac_ta), Maladies chroniques (Insuline, Metformine, Hydrochlorothiazide, Enalapril) (maladies_chroniques__insuline__metformin), Produits de santé publique (Solution de réhydratation orale (SRO), Zinc (comprimés dispersibles)) (produits_de_sant__publique__solution_de_), Autres médicaments essentiels (Albendazole / Mebendazole (vermifuges), Vitamine A, Médicaments pour épilepsie (Phénobarbital, Carbamazépine)) (autres_m_dicaments_essentiels__albendazo)</w:t>
      </w:r>
    </w:p>
    <w:p>
      <w:pPr>
        <w:jc w:val="left"/>
      </w:pPr>
      <w:r>
        <w:t>_______________</w:t>
      </w:r>
    </w:p>
    <w:p>
      <w:r>
        <w:rPr>
          <w:b/>
        </w:rPr>
        <w:t>3. 2.a Antipaludiques actuellement disponible ?</w:t>
      </w:r>
    </w:p>
    <w:p>
      <w:pPr>
        <w:ind w:left="576"/>
      </w:pPr>
      <w:r>
        <w:rPr>
          <w:color w:val="6B7280"/>
          <w:sz w:val="17"/>
        </w:rPr>
        <w:t>Variable: _2_a_Antipaludiques_a_ellement_disponible_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Oui, en stock (oui__en_stock), Rupture partielle (rupture_partielle), Rupture totale (rupture_totale)</w:t>
      </w:r>
    </w:p>
    <w:p>
      <w:pPr>
        <w:ind w:left="576"/>
      </w:pPr>
      <w:r>
        <w:rPr>
          <w:color w:val="4F46E5"/>
          <w:sz w:val="17"/>
        </w:rPr>
        <w:t>⚙️ Logique : selected(${_1_Liste_des_m_dicaments_essen}, 'antipaludiques__art_sunate_injectable__a')</w:t>
        <w:br/>
      </w:r>
    </w:p>
    <w:p>
      <w:pPr>
        <w:jc w:val="left"/>
      </w:pPr>
      <w:r>
        <w:t>_______________</w:t>
      </w:r>
    </w:p>
    <w:p>
      <w:r>
        <w:rPr>
          <w:b/>
        </w:rPr>
        <w:t>4. 2.b Antibiotiques de base actuellement disponible ?</w:t>
      </w:r>
    </w:p>
    <w:p>
      <w:pPr>
        <w:ind w:left="576"/>
      </w:pPr>
      <w:r>
        <w:rPr>
          <w:color w:val="6B7280"/>
          <w:sz w:val="17"/>
        </w:rPr>
        <w:t>Variable: _2_b_Antibiotiques_de_ellement_disponible_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Oui, en stock (oui__en_stock), Rupture partielle (rupture_partielle), Rupture totale (rupture_totale)</w:t>
      </w:r>
    </w:p>
    <w:p>
      <w:pPr>
        <w:ind w:left="576"/>
      </w:pPr>
      <w:r>
        <w:rPr>
          <w:color w:val="4F46E5"/>
          <w:sz w:val="17"/>
        </w:rPr>
        <w:t>⚙️ Logique : selected(${_1_Liste_des_m_dicaments_essen}, 'antibiotiques_de_base__amoxicilline__com')</w:t>
        <w:br/>
      </w:r>
    </w:p>
    <w:p>
      <w:pPr>
        <w:jc w:val="left"/>
      </w:pPr>
      <w:r>
        <w:t>_______________</w:t>
      </w:r>
    </w:p>
    <w:p>
      <w:r>
        <w:rPr>
          <w:b/>
        </w:rPr>
        <w:t>5. 2.c Antituberculeux actuellement disponible ?</w:t>
      </w:r>
    </w:p>
    <w:p>
      <w:pPr>
        <w:ind w:left="576"/>
      </w:pPr>
      <w:r>
        <w:rPr>
          <w:color w:val="6B7280"/>
          <w:sz w:val="17"/>
        </w:rPr>
        <w:t>Variable: _2_c_Antituberculeux_ellement_disponible_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Oui, en stock (oui__en_stock), Rupture partielle (rupture_partielle), Rupture totale (rupture_totale)</w:t>
      </w:r>
    </w:p>
    <w:p>
      <w:pPr>
        <w:ind w:left="576"/>
      </w:pPr>
      <w:r>
        <w:rPr>
          <w:color w:val="4F46E5"/>
          <w:sz w:val="17"/>
        </w:rPr>
        <w:t>⚙️ Logique : selected(${_1_Liste_des_m_dicaments_essen}, 'antituberculeux__rifampicine__isoniazide')</w:t>
        <w:br/>
      </w:r>
    </w:p>
    <w:p>
      <w:pPr>
        <w:jc w:val="left"/>
      </w:pPr>
      <w:r>
        <w:t>_______________</w:t>
      </w:r>
    </w:p>
    <w:p>
      <w:r>
        <w:rPr>
          <w:b/>
        </w:rPr>
        <w:t>6. 2.d Antirétroviraux actuellement disponible ?</w:t>
      </w:r>
    </w:p>
    <w:p>
      <w:pPr>
        <w:ind w:left="576"/>
      </w:pPr>
      <w:r>
        <w:rPr>
          <w:color w:val="6B7280"/>
          <w:sz w:val="17"/>
        </w:rPr>
        <w:t>Variable: _2_d_Antir_troviraux_ellement_disponible_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Oui, en stock (oui__en_stock), Rupture partielle (rupture_partielle), Rupture totale (rupture_totale)</w:t>
      </w:r>
    </w:p>
    <w:p>
      <w:pPr>
        <w:ind w:left="576"/>
      </w:pPr>
      <w:r>
        <w:rPr>
          <w:color w:val="4F46E5"/>
          <w:sz w:val="17"/>
        </w:rPr>
        <w:t>⚙️ Logique : selected(${_1_Liste_des_m_dicaments_essen}, 'antir_troviraux__arv___tenofovir___lamiv')</w:t>
        <w:br/>
      </w:r>
    </w:p>
    <w:p>
      <w:pPr>
        <w:jc w:val="left"/>
      </w:pPr>
      <w:r>
        <w:t>_______________</w:t>
      </w:r>
    </w:p>
    <w:p>
      <w:r>
        <w:rPr>
          <w:b/>
        </w:rPr>
        <w:t>7. 2.e Santé maternelle et infantile actuellement disponible ?</w:t>
      </w:r>
    </w:p>
    <w:p>
      <w:pPr>
        <w:ind w:left="576"/>
      </w:pPr>
      <w:r>
        <w:rPr>
          <w:color w:val="6B7280"/>
          <w:sz w:val="17"/>
        </w:rPr>
        <w:t>Variable: _2_e_Sant_maternelle_ellement_disponible_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Oui, en stock (oui__en_stock), Rupture partielle (rupture_partielle), Rupture totale (rupture_totale)</w:t>
      </w:r>
    </w:p>
    <w:p>
      <w:pPr>
        <w:ind w:left="576"/>
      </w:pPr>
      <w:r>
        <w:rPr>
          <w:color w:val="4F46E5"/>
          <w:sz w:val="17"/>
        </w:rPr>
        <w:t>⚙️ Logique : selected(${_1_Liste_des_m_dicaments_essen}, 'sant__maternelle_et_infantile__oxytocine')</w:t>
        <w:br/>
      </w:r>
    </w:p>
    <w:p>
      <w:pPr>
        <w:jc w:val="left"/>
      </w:pPr>
      <w:r>
        <w:t>_______________</w:t>
      </w:r>
    </w:p>
    <w:p>
      <w:r>
        <w:rPr>
          <w:b/>
        </w:rPr>
        <w:t>8. 2.f Vaccins essentiels actuellement disponible ?</w:t>
      </w:r>
    </w:p>
    <w:p>
      <w:pPr>
        <w:ind w:left="576"/>
      </w:pPr>
      <w:r>
        <w:rPr>
          <w:color w:val="6B7280"/>
          <w:sz w:val="17"/>
        </w:rPr>
        <w:t>Variable: _2_f_Vaccins_essentie_ellement_disponible_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Oui, en stock (oui__en_stock), Rupture partielle (rupture_partielle), Rupture totale (rupture_totale)</w:t>
      </w:r>
    </w:p>
    <w:p>
      <w:pPr>
        <w:ind w:left="576"/>
      </w:pPr>
      <w:r>
        <w:rPr>
          <w:color w:val="4F46E5"/>
          <w:sz w:val="17"/>
        </w:rPr>
        <w:t>⚙️ Logique : selected(${_1_Liste_des_m_dicaments_essen}, 'vaccins_essentiels__bcg__polio__dtc_hepb')</w:t>
        <w:br/>
      </w:r>
    </w:p>
    <w:p>
      <w:pPr>
        <w:jc w:val="left"/>
      </w:pPr>
      <w:r>
        <w:t>_______________</w:t>
      </w:r>
    </w:p>
    <w:p>
      <w:r>
        <w:rPr>
          <w:b/>
        </w:rPr>
        <w:t>9. 2.g Analgésiques et antipyrétiques actuellement disponible ?</w:t>
      </w:r>
    </w:p>
    <w:p>
      <w:pPr>
        <w:ind w:left="576"/>
      </w:pPr>
      <w:r>
        <w:rPr>
          <w:color w:val="6B7280"/>
          <w:sz w:val="17"/>
        </w:rPr>
        <w:t>Variable: _2_g_Analg_siques_et_ellement_disponible_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Oui, en stock (oui__en_stock), Rupture partielle (rupture_partielle), Rupture totale (rupture_totale)</w:t>
      </w:r>
    </w:p>
    <w:p>
      <w:pPr>
        <w:ind w:left="576"/>
      </w:pPr>
      <w:r>
        <w:rPr>
          <w:color w:val="4F46E5"/>
          <w:sz w:val="17"/>
        </w:rPr>
        <w:t>⚙️ Logique : selected(${_1_Liste_des_m_dicaments_essen}, 'analg_siques_et_antipyr_tiques__parac_ta')</w:t>
        <w:br/>
      </w:r>
    </w:p>
    <w:p>
      <w:pPr>
        <w:jc w:val="left"/>
      </w:pPr>
      <w:r>
        <w:t>_______________</w:t>
      </w:r>
    </w:p>
    <w:p>
      <w:r>
        <w:rPr>
          <w:b/>
        </w:rPr>
        <w:t>10. 2.h Maladies chroniques actuellement disponible ?</w:t>
      </w:r>
    </w:p>
    <w:p>
      <w:pPr>
        <w:ind w:left="576"/>
      </w:pPr>
      <w:r>
        <w:rPr>
          <w:color w:val="6B7280"/>
          <w:sz w:val="17"/>
        </w:rPr>
        <w:t>Variable: _2_h_Maladies_chroniq_ellement_disponible_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Oui, en stock (oui__en_stock), Rupture partielle (rupture_partielle), Rupture totale (rupture_totale)</w:t>
      </w:r>
    </w:p>
    <w:p>
      <w:pPr>
        <w:ind w:left="576"/>
      </w:pPr>
      <w:r>
        <w:rPr>
          <w:color w:val="4F46E5"/>
          <w:sz w:val="17"/>
        </w:rPr>
        <w:t>⚙️ Logique : selected(${_1_Liste_des_m_dicaments_essen}, 'maladies_chroniques__insuline__metformin')</w:t>
        <w:br/>
      </w:r>
    </w:p>
    <w:p>
      <w:pPr>
        <w:jc w:val="left"/>
      </w:pPr>
      <w:r>
        <w:t>_______________</w:t>
      </w:r>
    </w:p>
    <w:p>
      <w:r>
        <w:rPr>
          <w:b/>
        </w:rPr>
        <w:t>11. 2.i Produits de santé publique actuellement disponible ?</w:t>
      </w:r>
    </w:p>
    <w:p>
      <w:pPr>
        <w:ind w:left="576"/>
      </w:pPr>
      <w:r>
        <w:rPr>
          <w:color w:val="6B7280"/>
          <w:sz w:val="17"/>
        </w:rPr>
        <w:t>Variable: _2_i_Produits_de_sant_ellement_disponible_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Oui, en stock (oui__en_stock), Rupture partielle (rupture_partielle), Rupture totale (rupture_totale)</w:t>
      </w:r>
    </w:p>
    <w:p>
      <w:pPr>
        <w:ind w:left="576"/>
      </w:pPr>
      <w:r>
        <w:rPr>
          <w:color w:val="4F46E5"/>
          <w:sz w:val="17"/>
        </w:rPr>
        <w:t>⚙️ Logique : selected(${_1_Liste_des_m_dicaments_essen}, 'produits_de_sant__publique__solution_de_')</w:t>
        <w:br/>
      </w:r>
    </w:p>
    <w:p>
      <w:pPr>
        <w:jc w:val="left"/>
      </w:pPr>
      <w:r>
        <w:t>_______________</w:t>
      </w:r>
    </w:p>
    <w:p>
      <w:r>
        <w:rPr>
          <w:b/>
        </w:rPr>
        <w:t>12. 2.j Autres médicaments essentiels actuellement disponible ?</w:t>
      </w:r>
    </w:p>
    <w:p>
      <w:pPr>
        <w:ind w:left="576"/>
      </w:pPr>
      <w:r>
        <w:rPr>
          <w:color w:val="6B7280"/>
          <w:sz w:val="17"/>
        </w:rPr>
        <w:t>Variable: _2_j_Autres_m_dicamen_ellement_disponible_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Oui, en stock (oui__en_stock), Rupture partielle (rupture_partielle), Rupture totale (rupture_totale)</w:t>
      </w:r>
    </w:p>
    <w:p>
      <w:pPr>
        <w:ind w:left="576"/>
      </w:pPr>
      <w:r>
        <w:rPr>
          <w:color w:val="4F46E5"/>
          <w:sz w:val="17"/>
        </w:rPr>
        <w:t>⚙️ Logique : selected(${_1_Liste_des_m_dicaments_essen}, 'autres_m_dicaments_essentiels__albendazo')</w:t>
        <w:br/>
      </w:r>
    </w:p>
    <w:p>
      <w:pPr>
        <w:jc w:val="left"/>
      </w:pPr>
      <w:r>
        <w:t>_______________</w:t>
      </w:r>
    </w:p>
    <w:p>
      <w:r>
        <w:rPr>
          <w:b/>
        </w:rPr>
        <w:t>13. 3.a Consommation mensuelle moyenne /Antipaludiques</w:t>
      </w:r>
    </w:p>
    <w:p>
      <w:pPr>
        <w:ind w:left="576"/>
      </w:pPr>
      <w:r>
        <w:rPr>
          <w:color w:val="6B7280"/>
          <w:sz w:val="17"/>
        </w:rPr>
        <w:t>Variable: _3_a_Consommation_men_enne_Antipaludiques  |  Type: Nombre Entier  |  Obligatoire: Non</w:t>
      </w:r>
    </w:p>
    <w:p>
      <w:pPr>
        <w:ind w:left="576"/>
      </w:pPr>
      <w:r>
        <w:rPr>
          <w:color w:val="4F46E5"/>
          <w:sz w:val="17"/>
        </w:rPr>
        <w:t>⚙️ Logique : selected(${_1_Liste_des_m_dicaments_essen}, 'antipaludiques__art_sunate_injectable__a')</w:t>
        <w:br/>
      </w:r>
    </w:p>
    <w:p>
      <w:pPr>
        <w:jc w:val="left"/>
      </w:pPr>
      <w:r>
        <w:t>_______________</w:t>
      </w:r>
    </w:p>
    <w:p>
      <w:r>
        <w:rPr>
          <w:b/>
        </w:rPr>
        <w:t>14. 3.b Consommation mensuelle moyenne /Antibiotiques de base</w:t>
      </w:r>
    </w:p>
    <w:p>
      <w:pPr>
        <w:ind w:left="576"/>
      </w:pPr>
      <w:r>
        <w:rPr>
          <w:color w:val="6B7280"/>
          <w:sz w:val="17"/>
        </w:rPr>
        <w:t>Variable: _3_b_Consommation_men_ntibiotiques_de_base  |  Type: Nombre Entier  |  Obligatoire: Non</w:t>
      </w:r>
    </w:p>
    <w:p>
      <w:pPr>
        <w:ind w:left="576"/>
      </w:pPr>
      <w:r>
        <w:rPr>
          <w:color w:val="4F46E5"/>
          <w:sz w:val="17"/>
        </w:rPr>
        <w:t>⚙️ Logique : selected(${_1_Liste_des_m_dicaments_essen}, 'antibiotiques_de_base__amoxicilline__com')</w:t>
        <w:br/>
      </w:r>
    </w:p>
    <w:p>
      <w:pPr>
        <w:jc w:val="left"/>
      </w:pPr>
      <w:r>
        <w:t>_______________</w:t>
      </w:r>
    </w:p>
    <w:p>
      <w:r>
        <w:rPr>
          <w:b/>
        </w:rPr>
        <w:t>15. 3.c Consommation mensuelle moyenne /Antituberculeux</w:t>
      </w:r>
    </w:p>
    <w:p>
      <w:pPr>
        <w:ind w:left="576"/>
      </w:pPr>
      <w:r>
        <w:rPr>
          <w:color w:val="6B7280"/>
          <w:sz w:val="17"/>
        </w:rPr>
        <w:t>Variable: _3_c_Consommation_men_nne_Antituberculeux  |  Type: Nombre Entier  |  Obligatoire: Non</w:t>
      </w:r>
    </w:p>
    <w:p>
      <w:pPr>
        <w:ind w:left="576"/>
      </w:pPr>
      <w:r>
        <w:rPr>
          <w:color w:val="4F46E5"/>
          <w:sz w:val="17"/>
        </w:rPr>
        <w:t>⚙️ Logique : selected(${_1_Liste_des_m_dicaments_essen}, 'antituberculeux__rifampicine__isoniazide')</w:t>
        <w:br/>
      </w:r>
    </w:p>
    <w:p>
      <w:pPr>
        <w:jc w:val="left"/>
      </w:pPr>
      <w:r>
        <w:t>_______________</w:t>
      </w:r>
    </w:p>
    <w:p>
      <w:r>
        <w:rPr>
          <w:b/>
        </w:rPr>
        <w:t>16. 3.d Consommation mensuelle moyenne /Antirétroviraux (ARV)</w:t>
      </w:r>
    </w:p>
    <w:p>
      <w:pPr>
        <w:ind w:left="576"/>
      </w:pPr>
      <w:r>
        <w:rPr>
          <w:color w:val="6B7280"/>
          <w:sz w:val="17"/>
        </w:rPr>
        <w:t>Variable: _3_d_Consommation_men_Antir_troviraux_ARV  |  Type: Nombre Entier  |  Obligatoire: Non</w:t>
      </w:r>
    </w:p>
    <w:p>
      <w:pPr>
        <w:ind w:left="576"/>
      </w:pPr>
      <w:r>
        <w:rPr>
          <w:color w:val="4F46E5"/>
          <w:sz w:val="17"/>
        </w:rPr>
        <w:t>⚙️ Logique : selected(${_1_Liste_des_m_dicaments_essen}, 'antir_troviraux__arv___tenofovir___lamiv')</w:t>
        <w:br/>
      </w:r>
    </w:p>
    <w:p>
      <w:pPr>
        <w:jc w:val="left"/>
      </w:pPr>
      <w:r>
        <w:t>_______________</w:t>
      </w:r>
    </w:p>
    <w:p>
      <w:r>
        <w:rPr>
          <w:b/>
        </w:rPr>
        <w:t>17. 3.e Consommation mensuelle moyenne /Santé maternelle et infantile</w:t>
      </w:r>
    </w:p>
    <w:p>
      <w:pPr>
        <w:ind w:left="576"/>
      </w:pPr>
      <w:r>
        <w:rPr>
          <w:color w:val="6B7280"/>
          <w:sz w:val="17"/>
        </w:rPr>
        <w:t>Variable: _3_e_Consommation_men_ernelle_et_infantile  |  Type: Nombre Entier  |  Obligatoire: Non</w:t>
      </w:r>
    </w:p>
    <w:p>
      <w:pPr>
        <w:ind w:left="576"/>
      </w:pPr>
      <w:r>
        <w:rPr>
          <w:color w:val="4F46E5"/>
          <w:sz w:val="17"/>
        </w:rPr>
        <w:t>⚙️ Logique : selected(${_1_Liste_des_m_dicaments_essen}, 'sant__maternelle_et_infantile__oxytocine')</w:t>
        <w:br/>
      </w:r>
    </w:p>
    <w:p>
      <w:pPr>
        <w:jc w:val="left"/>
      </w:pPr>
      <w:r>
        <w:t>_______________</w:t>
      </w:r>
    </w:p>
    <w:p>
      <w:r>
        <w:rPr>
          <w:b/>
        </w:rPr>
        <w:t>18. 3.f Consommation mensuelle moyenne /Vaccins essentiels (PEV)</w:t>
      </w:r>
    </w:p>
    <w:p>
      <w:pPr>
        <w:ind w:left="576"/>
      </w:pPr>
      <w:r>
        <w:rPr>
          <w:color w:val="6B7280"/>
          <w:sz w:val="17"/>
        </w:rPr>
        <w:t>Variable: _3_f_Consommation_men_cins_essentiels_PEV  |  Type: Nombre Entier  |  Obligatoire: Non</w:t>
      </w:r>
    </w:p>
    <w:p>
      <w:pPr>
        <w:ind w:left="576"/>
      </w:pPr>
      <w:r>
        <w:rPr>
          <w:color w:val="4F46E5"/>
          <w:sz w:val="17"/>
        </w:rPr>
        <w:t>⚙️ Logique : selected(${_1_Liste_des_m_dicaments_essen}, 'vaccins_essentiels__bcg__polio__dtc_hepb')</w:t>
        <w:br/>
      </w:r>
    </w:p>
    <w:p>
      <w:pPr>
        <w:jc w:val="left"/>
      </w:pPr>
      <w:r>
        <w:t>_______________</w:t>
      </w:r>
    </w:p>
    <w:p>
      <w:r>
        <w:rPr>
          <w:b/>
        </w:rPr>
        <w:t>19. 3.g Consommation mensuelle moyenne /Analgésiques et antipyrétiques</w:t>
      </w:r>
    </w:p>
    <w:p>
      <w:pPr>
        <w:ind w:left="576"/>
      </w:pPr>
      <w:r>
        <w:rPr>
          <w:color w:val="6B7280"/>
          <w:sz w:val="17"/>
        </w:rPr>
        <w:t>Variable: _3_g_Consommation_men_es_et_antipyr_tiques  |  Type: Nombre Entier  |  Obligatoire: Non</w:t>
      </w:r>
    </w:p>
    <w:p>
      <w:pPr>
        <w:ind w:left="576"/>
      </w:pPr>
      <w:r>
        <w:rPr>
          <w:color w:val="4F46E5"/>
          <w:sz w:val="17"/>
        </w:rPr>
        <w:t>⚙️ Logique : selected(${_1_Liste_des_m_dicaments_essen}, 'analg_siques_et_antipyr_tiques__parac_ta')</w:t>
        <w:br/>
      </w:r>
    </w:p>
    <w:p>
      <w:pPr>
        <w:jc w:val="left"/>
      </w:pPr>
      <w:r>
        <w:t>_______________</w:t>
      </w:r>
    </w:p>
    <w:p>
      <w:r>
        <w:rPr>
          <w:b/>
        </w:rPr>
        <w:t>20. 3.h Consommation mensuelle moyenne /Maladies chroniques</w:t>
      </w:r>
    </w:p>
    <w:p>
      <w:pPr>
        <w:ind w:left="576"/>
      </w:pPr>
      <w:r>
        <w:rPr>
          <w:color w:val="6B7280"/>
          <w:sz w:val="17"/>
        </w:rPr>
        <w:t>Variable: _3_h_Consommation_men_Maladies_chroniques  |  Type: Nombre Entier  |  Obligatoire: Non</w:t>
      </w:r>
    </w:p>
    <w:p>
      <w:pPr>
        <w:ind w:left="576"/>
      </w:pPr>
      <w:r>
        <w:rPr>
          <w:color w:val="4F46E5"/>
          <w:sz w:val="17"/>
        </w:rPr>
        <w:t>⚙️ Logique : selected(${_1_Liste_des_m_dicaments_essen}, 'maladies_chroniques__insuline__metformin')</w:t>
        <w:br/>
      </w:r>
    </w:p>
    <w:p>
      <w:pPr>
        <w:jc w:val="left"/>
      </w:pPr>
      <w:r>
        <w:t>_______________</w:t>
      </w:r>
    </w:p>
    <w:p>
      <w:r>
        <w:rPr>
          <w:b/>
        </w:rPr>
        <w:t>21. 3.i Consommation mensuelle moyenne /Produits de santé publique</w:t>
      </w:r>
    </w:p>
    <w:p>
      <w:pPr>
        <w:ind w:left="576"/>
      </w:pPr>
      <w:r>
        <w:rPr>
          <w:color w:val="6B7280"/>
          <w:sz w:val="17"/>
        </w:rPr>
        <w:t>Variable: _3_i_Consommation_men_ts_de_sant_publique  |  Type: Nombre Entier  |  Obligatoire: Non</w:t>
      </w:r>
    </w:p>
    <w:p>
      <w:pPr>
        <w:ind w:left="576"/>
      </w:pPr>
      <w:r>
        <w:rPr>
          <w:color w:val="4F46E5"/>
          <w:sz w:val="17"/>
        </w:rPr>
        <w:t>⚙️ Logique : selected(${_1_Liste_des_m_dicaments_essen}, 'produits_de_sant__publique__solution_de_')</w:t>
        <w:br/>
      </w:r>
    </w:p>
    <w:p>
      <w:pPr>
        <w:jc w:val="left"/>
      </w:pPr>
      <w:r>
        <w:t>_______________</w:t>
      </w:r>
    </w:p>
    <w:p>
      <w:r>
        <w:rPr>
          <w:b/>
        </w:rPr>
        <w:t>22. 3.j Consommation mensuelle moyenne /Autres médicaments essentiels</w:t>
      </w:r>
    </w:p>
    <w:p>
      <w:pPr>
        <w:ind w:left="576"/>
      </w:pPr>
      <w:r>
        <w:rPr>
          <w:color w:val="6B7280"/>
          <w:sz w:val="17"/>
        </w:rPr>
        <w:t>Variable: _3_j_Consommation_men_dicaments_essentiels  |  Type: Nombre Entier  |  Obligatoire: Non</w:t>
      </w:r>
    </w:p>
    <w:p>
      <w:pPr>
        <w:ind w:left="576"/>
      </w:pPr>
      <w:r>
        <w:rPr>
          <w:color w:val="4F46E5"/>
          <w:sz w:val="17"/>
        </w:rPr>
        <w:t>⚙️ Logique : selected(${_1_Liste_des_m_dicaments_essen}, 'autres_m_dicaments_essentiels__albendazo')</w:t>
        <w:br/>
      </w:r>
    </w:p>
    <w:p>
      <w:pPr>
        <w:jc w:val="left"/>
      </w:pPr>
      <w:r>
        <w:t>_______________</w:t>
      </w:r>
    </w:p>
    <w:p>
      <w:r>
        <w:rPr>
          <w:b/>
        </w:rPr>
        <w:t>23. 4. Fréquence des livraisons</w:t>
      </w:r>
    </w:p>
    <w:p>
      <w:pPr>
        <w:ind w:left="576"/>
      </w:pPr>
      <w:r>
        <w:rPr>
          <w:color w:val="6B7280"/>
          <w:sz w:val="17"/>
        </w:rPr>
        <w:t>Variable: _4_Fr_quence_des_livraisons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Hebdomadaire (hebdomadaire), Mensuelle (mensuelle), Trimestrielle (trimestrielle), Irrégulière (irr_guli_re), Ne sais pas (ne_sais_pas)</w:t>
      </w:r>
    </w:p>
    <w:p>
      <w:pPr>
        <w:jc w:val="left"/>
      </w:pPr>
      <w:r>
        <w:t>_______________</w:t>
      </w:r>
    </w:p>
    <w:p>
      <w:r>
        <w:rPr>
          <w:b/>
        </w:rPr>
        <w:t>24. 5. Source d’approvisionnement</w:t>
      </w:r>
    </w:p>
    <w:p>
      <w:pPr>
        <w:ind w:left="576"/>
      </w:pPr>
      <w:r>
        <w:rPr>
          <w:color w:val="6B7280"/>
          <w:sz w:val="17"/>
        </w:rPr>
        <w:t>Variable: _5_Source_d_approvisionnement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Pharmacie centrale (pharmacie_centrale), ONG / projet (ong___projet), Achat local (achat_local), Autre (préciser) (autre__pr_ciser)</w:t>
      </w:r>
    </w:p>
    <w:p>
      <w:pPr>
        <w:jc w:val="left"/>
      </w:pPr>
      <w:r>
        <w:t>_______________</w:t>
      </w:r>
    </w:p>
    <w:p>
      <w:r>
        <w:rPr>
          <w:b/>
        </w:rPr>
        <w:t>25. Autre (préciser)</w:t>
      </w:r>
    </w:p>
    <w:p>
      <w:pPr>
        <w:ind w:left="576"/>
      </w:pPr>
      <w:r>
        <w:rPr>
          <w:color w:val="6B7280"/>
          <w:sz w:val="17"/>
        </w:rPr>
        <w:t>Variable: Autre_pr_ciser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${_5_Source_d_approvisionnement} = 'autre__pr_ciser'</w:t>
        <w:br/>
      </w:r>
    </w:p>
    <w:p>
      <w:pPr>
        <w:jc w:val="left"/>
      </w:pPr>
      <w:r>
        <w:t>_______________</w:t>
      </w:r>
    </w:p>
    <w:p/>
    <w:p>
      <w:r>
        <w:rPr>
          <w:b/>
          <w:color w:val="F59E0B"/>
          <w:sz w:val="28"/>
        </w:rPr>
        <w:t>Questionnaire : 4.4 Couverture vaccinale</w:t>
      </w:r>
    </w:p>
    <w:p>
      <w:r>
        <w:t>UID : agJWR5kSjZQF6jfwzTUoXZ</w:t>
      </w:r>
    </w:p>
    <w:p/>
    <w:p>
      <w:r>
        <w:rPr>
          <w:b/>
        </w:rPr>
        <w:t>1. Quartier/zone</w:t>
      </w:r>
    </w:p>
    <w:p>
      <w:pPr>
        <w:ind w:left="576"/>
      </w:pPr>
      <w:r>
        <w:rPr>
          <w:color w:val="6B7280"/>
          <w:sz w:val="17"/>
        </w:rPr>
        <w:t>Variable: Quartier_zone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Quartier Les Volcans (quartier_les_volcans), Quartier Mikeno (quartier_mikeno), Quartier Mapendo (quartier_mapendo), Quartier Katindo (quartier_katindo), Quartier Himbi (quartier_himbi), Quartier Keshero (quartier_keshero), Quartier Lac Vert (quartier_lac_vert), Quartier Kahembe (quartier_kahembe), Quartier Murara (quartier_murara), Quartier Bujovu (quartier_bujovu), Quartier Majengo (quartier_majengo), Quartier Mabanga nord (quartier_mabanga_nord), Quartier Mabanga sud (quartier_mabanga_sud), Quartier Kasika (quartier_kasika), Quartier Katoyi (quartier_katoyi), Quartier Ndosho (quartier_ndosho), Quartier Mugunga (quartier_mugunga), Quartier Virunga (quartier_virunga)</w:t>
      </w:r>
    </w:p>
    <w:p>
      <w:pPr>
        <w:jc w:val="left"/>
      </w:pPr>
      <w:r>
        <w:t>_______________</w:t>
      </w:r>
    </w:p>
    <w:p>
      <w:r>
        <w:rPr>
          <w:b/>
        </w:rPr>
        <w:t>2. 1. Âge de l’enfant</w:t>
      </w:r>
    </w:p>
    <w:p>
      <w:pPr>
        <w:ind w:left="576"/>
      </w:pPr>
      <w:r>
        <w:rPr>
          <w:color w:val="6B7280"/>
          <w:sz w:val="17"/>
        </w:rPr>
        <w:t>Variable: _1_ge_de_l_enfant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3. 2. Carte de vaccination présentée ?</w:t>
      </w:r>
    </w:p>
    <w:p>
      <w:pPr>
        <w:ind w:left="576"/>
      </w:pPr>
      <w:r>
        <w:rPr>
          <w:color w:val="6B7280"/>
          <w:sz w:val="17"/>
        </w:rPr>
        <w:t>Variable: _2_Carte_de_vaccination_pr_sent_e_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Oui, vue (oui__vue), Oui, rapportée mais non vue (oui__rapport_e_mais_non_vue), Non (non)</w:t>
      </w:r>
    </w:p>
    <w:p>
      <w:pPr>
        <w:jc w:val="left"/>
      </w:pPr>
      <w:r>
        <w:t>_______________</w:t>
      </w:r>
    </w:p>
    <w:p>
      <w:r>
        <w:rPr>
          <w:b/>
        </w:rPr>
        <w:t>4. 3.a État vaccinal BCG</w:t>
      </w:r>
    </w:p>
    <w:p>
      <w:pPr>
        <w:ind w:left="576"/>
      </w:pPr>
      <w:r>
        <w:rPr>
          <w:color w:val="6B7280"/>
          <w:sz w:val="17"/>
        </w:rPr>
        <w:t>Variable: _3_a_tat_vaccinal_BCG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Vacciné (vérifié carte) (vaccin___v_rifi__carte), Vacciné (rapporté verbalement) (vaccin___rapport__verbalement), Non vacciné (non_vaccin), Ne sait pas (ne_sait_pas)</w:t>
      </w:r>
    </w:p>
    <w:p>
      <w:pPr>
        <w:jc w:val="left"/>
      </w:pPr>
      <w:r>
        <w:t>_______________</w:t>
      </w:r>
    </w:p>
    <w:p>
      <w:r>
        <w:rPr>
          <w:b/>
        </w:rPr>
        <w:t>5. 3.b État vaccinal VPO</w:t>
      </w:r>
    </w:p>
    <w:p>
      <w:pPr>
        <w:ind w:left="576"/>
      </w:pPr>
      <w:r>
        <w:rPr>
          <w:color w:val="6B7280"/>
          <w:sz w:val="17"/>
        </w:rPr>
        <w:t>Variable: _3_b_tat_vaccinal_VPO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Vacciné (vérifié carte) (vaccin___v_rifi__carte), Vacciné (rapporté verbalement) (vaccin___rapport__verbalement), Non vacciné (non_vaccin), Ne sait pas (ne_sait_pas)</w:t>
      </w:r>
    </w:p>
    <w:p>
      <w:pPr>
        <w:jc w:val="left"/>
      </w:pPr>
      <w:r>
        <w:t>_______________</w:t>
      </w:r>
    </w:p>
    <w:p>
      <w:r>
        <w:rPr>
          <w:b/>
        </w:rPr>
        <w:t>6. 3.c État vaccinal DTC</w:t>
      </w:r>
    </w:p>
    <w:p>
      <w:pPr>
        <w:ind w:left="576"/>
      </w:pPr>
      <w:r>
        <w:rPr>
          <w:color w:val="6B7280"/>
          <w:sz w:val="17"/>
        </w:rPr>
        <w:t>Variable: _3_c_tat_vaccinal_DTC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Vacciné (vérifié carte) (vaccin___v_rifi__carte), Vacciné (rapporté verbalement) (vaccin___rapport__verbalement), Non vacciné (non_vaccin), Ne sait pas (ne_sait_pas)</w:t>
      </w:r>
    </w:p>
    <w:p>
      <w:pPr>
        <w:jc w:val="left"/>
      </w:pPr>
      <w:r>
        <w:t>_______________</w:t>
      </w:r>
    </w:p>
    <w:p>
      <w:r>
        <w:rPr>
          <w:b/>
        </w:rPr>
        <w:t>7. 3.d État vaccinal PENTA</w:t>
      </w:r>
    </w:p>
    <w:p>
      <w:pPr>
        <w:ind w:left="576"/>
      </w:pPr>
      <w:r>
        <w:rPr>
          <w:color w:val="6B7280"/>
          <w:sz w:val="17"/>
        </w:rPr>
        <w:t>Variable: _3_d_tat_vaccinal_PENTA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Vacciné (vérifié carte) (vaccin___v_rifi__carte), Vacciné (rapporté verbalement) (vaccin___rapport__verbalement), Non vacciné (non_vaccin), Ne sait pas (ne_sait_pas)</w:t>
      </w:r>
    </w:p>
    <w:p>
      <w:pPr>
        <w:jc w:val="left"/>
      </w:pPr>
      <w:r>
        <w:t>_______________</w:t>
      </w:r>
    </w:p>
    <w:p>
      <w:r>
        <w:rPr>
          <w:b/>
        </w:rPr>
        <w:t>8. 3.e État vaccinal VPI</w:t>
      </w:r>
    </w:p>
    <w:p>
      <w:pPr>
        <w:ind w:left="576"/>
      </w:pPr>
      <w:r>
        <w:rPr>
          <w:color w:val="6B7280"/>
          <w:sz w:val="17"/>
        </w:rPr>
        <w:t>Variable: _3_e_tat_vaccinal_VPI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Vacciné (vérifié carte) (vaccin___v_rifi__carte), Vacciné (rapporté verbalement) (vaccin___rapport__verbalement), Non vacciné (non_vaccin), Ne sait pas (ne_sait_pas)</w:t>
      </w:r>
    </w:p>
    <w:p>
      <w:pPr>
        <w:jc w:val="left"/>
      </w:pPr>
      <w:r>
        <w:t>_______________</w:t>
      </w:r>
    </w:p>
    <w:p>
      <w:r>
        <w:rPr>
          <w:b/>
        </w:rPr>
        <w:t>9. 3.f État vaccinal Rougeole (VAR)</w:t>
      </w:r>
    </w:p>
    <w:p>
      <w:pPr>
        <w:ind w:left="576"/>
      </w:pPr>
      <w:r>
        <w:rPr>
          <w:color w:val="6B7280"/>
          <w:sz w:val="17"/>
        </w:rPr>
        <w:t>Variable: _3_f_tat_vaccinal_Rougeole_VAR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Vacciné (vérifié carte) (vaccin___v_rifi__carte), Vacciné (rapporté verbalement) (vaccin___rapport__verbalement), Non vacciné (non_vaccin), Ne sait pas (ne_sait_pas)</w:t>
      </w:r>
    </w:p>
    <w:p>
      <w:pPr>
        <w:jc w:val="left"/>
      </w:pPr>
      <w:r>
        <w:t>_______________</w:t>
      </w:r>
    </w:p>
    <w:p>
      <w:r>
        <w:rPr>
          <w:b/>
        </w:rPr>
        <w:t>10. 3.f État vaccinal FIEVRE JAUNE (VAA)</w:t>
      </w:r>
    </w:p>
    <w:p>
      <w:pPr>
        <w:ind w:left="576"/>
      </w:pPr>
      <w:r>
        <w:rPr>
          <w:color w:val="6B7280"/>
          <w:sz w:val="17"/>
        </w:rPr>
        <w:t>Variable: _3_f_tat_vaccinal_FIEVRE_JAUNE_VAA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Vacciné (vérifié carte) (vaccin___v_rifi__carte), Vacciné (rapporté verbalement) (vaccin___rapport__verbalement), Non vacciné (non_vaccin), Ne sait pas (ne_sait_pas)</w:t>
      </w:r>
    </w:p>
    <w:p>
      <w:pPr>
        <w:jc w:val="left"/>
      </w:pPr>
      <w:r>
        <w:t>_______________</w:t>
      </w:r>
    </w:p>
    <w:p>
      <w:r>
        <w:rPr>
          <w:b/>
        </w:rPr>
        <w:t>11. 4. Rupture de stock dans l’aire de santé (selon perception du ménage)</w:t>
      </w:r>
    </w:p>
    <w:p>
      <w:pPr>
        <w:ind w:left="576"/>
      </w:pPr>
      <w:r>
        <w:rPr>
          <w:color w:val="6B7280"/>
          <w:sz w:val="17"/>
        </w:rPr>
        <w:t>Variable: _4_Rupture_de_stock_perception_du_m_nage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(non), Ne sait pas (ne_sait_pas)</w:t>
      </w:r>
    </w:p>
    <w:p>
      <w:pPr>
        <w:jc w:val="left"/>
      </w:pPr>
      <w:r>
        <w:t>_______________</w:t>
      </w:r>
    </w:p>
    <w:p>
      <w:r>
        <w:rPr>
          <w:b/>
        </w:rPr>
        <w:t>12. 5. Motif de non-vaccination (si au moins un antigène manquant)</w:t>
      </w:r>
    </w:p>
    <w:p>
      <w:pPr>
        <w:ind w:left="576"/>
      </w:pPr>
      <w:r>
        <w:rPr>
          <w:color w:val="6B7280"/>
          <w:sz w:val="17"/>
        </w:rPr>
        <w:t>Variable: _5_Motif_de_non_vaccination_s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Distance du centre (distance_du_centre), Coût du transport (co_t_du_transport), Rupture de stock (rupture_de_stock), Manque d’information (manque_d_information), Peur / croyances (peur___croyances), Maladie de l’enfant (maladie_de_l_enfant), Autre (préciser) (autre__pr_ciser)</w:t>
      </w:r>
    </w:p>
    <w:p>
      <w:pPr>
        <w:jc w:val="left"/>
      </w:pPr>
      <w:r>
        <w:t>_______________</w:t>
      </w:r>
    </w:p>
    <w:p>
      <w:r>
        <w:rPr>
          <w:b/>
        </w:rPr>
        <w:t>13. Autre (préciser)</w:t>
      </w:r>
    </w:p>
    <w:p>
      <w:pPr>
        <w:ind w:left="576"/>
      </w:pPr>
      <w:r>
        <w:rPr>
          <w:color w:val="6B7280"/>
          <w:sz w:val="17"/>
        </w:rPr>
        <w:t>Variable: Autre_pr_ciser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selected(${_5_Motif_de_non_vaccination_s}, 'autre__pr_ciser')</w:t>
        <w:br/>
      </w:r>
    </w:p>
    <w:p>
      <w:pPr>
        <w:jc w:val="left"/>
      </w:pPr>
      <w:r>
        <w:t>_______________</w:t>
      </w:r>
    </w:p>
    <w:p/>
    <w:p>
      <w:r>
        <w:rPr>
          <w:b/>
          <w:color w:val="F59E0B"/>
          <w:sz w:val="28"/>
        </w:rPr>
        <w:t>Questionnaire : 4.6 Accès au service de soins</w:t>
      </w:r>
    </w:p>
    <w:p>
      <w:r>
        <w:t>UID : aNF2YjRk6nVoRkQVuiAo3u</w:t>
      </w:r>
    </w:p>
    <w:p/>
    <w:p>
      <w:r>
        <w:rPr>
          <w:b/>
        </w:rPr>
        <w:t>1. Quartier/zone</w:t>
      </w:r>
    </w:p>
    <w:p>
      <w:pPr>
        <w:ind w:left="576"/>
      </w:pPr>
      <w:r>
        <w:rPr>
          <w:color w:val="6B7280"/>
          <w:sz w:val="17"/>
        </w:rPr>
        <w:t>Variable: Quartier_zone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Quartier Les Volcans (quartier_les_volcans), Quartier Mikeno (quartier_mikeno), Quartier Mapendo (quartier_mapendo), Quartier Katindo (quartier_katindo), Quartier Himbi (quartier_himbi), Quartier Keshero (quartier_keshero), Quartier Lac Vert (quartier_lac_vert), Quartier Kahembe (quartier_kahembe), Quartier Murara (quartier_murara), Quartier Bujovu (quartier_bujovu), Quartier Majengo (quartier_majengo), Quartier Mabanga nord (quartier_mabanga_nord), Quartier Mabanga sud (quartier_mabanga_sud), Quartier Kasika (quartier_kasika), Quartier Katoyi (quartier_katoyi), Quartier Ndosho (quartier_ndosho), Quartier Mugunga (quartier_mugunga), Quartier Virunga (quartier_virunga)</w:t>
      </w:r>
    </w:p>
    <w:p>
      <w:pPr>
        <w:jc w:val="left"/>
      </w:pPr>
      <w:r>
        <w:t>_______________</w:t>
      </w:r>
    </w:p>
    <w:p>
      <w:r>
        <w:rPr>
          <w:b/>
        </w:rPr>
        <w:t>2. 1. Distance au centre de santé le plus proche</w:t>
      </w:r>
    </w:p>
    <w:p>
      <w:pPr>
        <w:ind w:left="576"/>
      </w:pPr>
      <w:r>
        <w:rPr>
          <w:color w:val="6B7280"/>
          <w:sz w:val="17"/>
        </w:rPr>
        <w:t>Variable: _1_Distance_au_centr_sant_le_plus_proche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&lt; 1 km (__1_km), 1–5 km (1_5_km), &gt; 5 km (__5_km), Aucun centre accessible (aucun_centre_accessible)</w:t>
      </w:r>
    </w:p>
    <w:p>
      <w:pPr>
        <w:jc w:val="left"/>
      </w:pPr>
      <w:r>
        <w:t>_______________</w:t>
      </w:r>
    </w:p>
    <w:p>
      <w:r>
        <w:rPr>
          <w:b/>
        </w:rPr>
        <w:t>3. 2. Coût moyen d’une consultation (FC)</w:t>
      </w:r>
    </w:p>
    <w:p>
      <w:pPr>
        <w:ind w:left="576"/>
      </w:pPr>
      <w:r>
        <w:rPr>
          <w:color w:val="6B7280"/>
          <w:sz w:val="17"/>
        </w:rPr>
        <w:t>Variable: _2_Co_t_moyen_d_une_consultation_FC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4. 3. Temps d’attente avant d’être consulté</w:t>
      </w:r>
    </w:p>
    <w:p>
      <w:pPr>
        <w:ind w:left="576"/>
      </w:pPr>
      <w:r>
        <w:rPr>
          <w:color w:val="6B7280"/>
          <w:sz w:val="17"/>
        </w:rPr>
        <w:t>Variable: _3_Temps_d_attente_avant_d_tre_consult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&lt; 30 minutes (__30_minutes), 30 min – 1 heure (30_min___1_heure), 1–2 heures (1_2_heures), &gt; 2 heures (__2_heures)</w:t>
      </w:r>
    </w:p>
    <w:p>
      <w:pPr>
        <w:jc w:val="left"/>
      </w:pPr>
      <w:r>
        <w:t>_______________</w:t>
      </w:r>
    </w:p>
    <w:p>
      <w:r>
        <w:rPr>
          <w:b/>
        </w:rPr>
        <w:t>5. 4. Qualité perçue des soins</w:t>
      </w:r>
    </w:p>
    <w:p>
      <w:pPr>
        <w:ind w:left="576"/>
      </w:pPr>
      <w:r>
        <w:rPr>
          <w:color w:val="6B7280"/>
          <w:sz w:val="17"/>
        </w:rPr>
        <w:t>Variable: _4_Qualit_per_ue_des_soins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Très bonne (tr_s_bonne), Bonne (bonne), Moyenne (moyenne), Mauvaise (mauvaise), Très mauvaise (tr_s_mauvaise)</w:t>
      </w:r>
    </w:p>
    <w:p>
      <w:pPr>
        <w:jc w:val="left"/>
      </w:pPr>
      <w:r>
        <w:t>_______________</w:t>
      </w:r>
    </w:p>
    <w:p>
      <w:r>
        <w:rPr>
          <w:b/>
        </w:rPr>
        <w:t>6. 5. Motifs d’insatisfaction</w:t>
      </w:r>
    </w:p>
    <w:p>
      <w:pPr>
        <w:ind w:left="576"/>
      </w:pPr>
      <w:r>
        <w:rPr>
          <w:color w:val="6B7280"/>
          <w:sz w:val="17"/>
        </w:rPr>
        <w:t>Variable: _5_Motifs_d_insatisfaction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Long temps d’attente (long_temps_d_attente), Personnel insuffisant (personnel_insuffisant), Personnel peu accueillant (personnel_peu_accueillant), Manque de médicaments (manque_de_m_dicaments), Coût élevé (co_t__lev), Équipements insuffisants (_quipements_insuffisants), Autre (préciser) (autre__pr_ciser)</w:t>
      </w:r>
    </w:p>
    <w:p>
      <w:pPr>
        <w:ind w:left="576"/>
      </w:pPr>
      <w:r>
        <w:rPr>
          <w:color w:val="4F46E5"/>
          <w:sz w:val="17"/>
        </w:rPr>
        <w:t>⚙️ Logique : ${_4_Qualit_per_ue_des_soins} = 'moyenne' or ${_4_Qualit_per_ue_des_soins} = 'mauvaise' or ${_4_Qualit_per_ue_des_soins} = 'tr_s_mauvaise'</w:t>
        <w:br/>
      </w:r>
    </w:p>
    <w:p>
      <w:pPr>
        <w:jc w:val="left"/>
      </w:pPr>
      <w:r>
        <w:t>_______________</w:t>
      </w:r>
    </w:p>
    <w:p>
      <w:r>
        <w:rPr>
          <w:b/>
        </w:rPr>
        <w:t>7. Autre (préciser)</w:t>
      </w:r>
    </w:p>
    <w:p>
      <w:pPr>
        <w:ind w:left="576"/>
      </w:pPr>
      <w:r>
        <w:rPr>
          <w:color w:val="6B7280"/>
          <w:sz w:val="17"/>
        </w:rPr>
        <w:t>Variable: Autre_pr_ciser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selected(${_5_Motifs_d_insatisfaction}, 'autre__pr_ciser')</w:t>
        <w:br/>
      </w:r>
    </w:p>
    <w:p>
      <w:pPr>
        <w:jc w:val="left"/>
      </w:pPr>
      <w:r>
        <w:t>_______________</w:t>
      </w:r>
    </w:p>
    <w:p>
      <w:r>
        <w:rPr>
          <w:b/>
        </w:rPr>
        <w:t>8. 6. Mode principal de transport pour accéder aux soins</w:t>
      </w:r>
    </w:p>
    <w:p>
      <w:pPr>
        <w:ind w:left="576"/>
      </w:pPr>
      <w:r>
        <w:rPr>
          <w:color w:val="6B7280"/>
          <w:sz w:val="17"/>
        </w:rPr>
        <w:t>Variable: _6_Mode_principal_de_transport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À pied (__pied), Moto (moto), Véhicule (v_hicule), Vélo (v_lo), Autre (préciser) (autre__pr_ciser)</w:t>
      </w:r>
    </w:p>
    <w:p>
      <w:pPr>
        <w:jc w:val="left"/>
      </w:pPr>
      <w:r>
        <w:t>_______________</w:t>
      </w:r>
    </w:p>
    <w:p>
      <w:r>
        <w:rPr>
          <w:b/>
        </w:rPr>
        <w:t>9. Autre (préciser)</w:t>
      </w:r>
    </w:p>
    <w:p>
      <w:pPr>
        <w:ind w:left="576"/>
      </w:pPr>
      <w:r>
        <w:rPr>
          <w:color w:val="6B7280"/>
          <w:sz w:val="17"/>
        </w:rPr>
        <w:t>Variable: Autre_pr_ciser_001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${_6_Mode_principal_de_transport} = 'autre__pr_ciser'</w:t>
        <w:br/>
      </w:r>
    </w:p>
    <w:p>
      <w:pPr>
        <w:jc w:val="left"/>
      </w:pPr>
      <w:r>
        <w:t>_______________</w:t>
      </w:r>
    </w:p>
    <w:p>
      <w:r>
        <w:rPr>
          <w:b/>
        </w:rPr>
        <w:t>10. 7. Difficultés rencontrées pour accéder aux soins</w:t>
      </w:r>
    </w:p>
    <w:p>
      <w:pPr>
        <w:ind w:left="576"/>
      </w:pPr>
      <w:r>
        <w:rPr>
          <w:color w:val="6B7280"/>
          <w:sz w:val="17"/>
        </w:rPr>
        <w:t>Variable: _7_Difficult_s_rencontr_es_pou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Distance (distance), Insécurité (ins_curit), Routes difficiles (routes_difficiles), Disponibilité du personnel (disponibilit__du_personnel), Horaires incompatibles (horaires_incompatibles), Autre (préciser) (autre__pr_ciser)</w:t>
      </w:r>
    </w:p>
    <w:p>
      <w:pPr>
        <w:jc w:val="left"/>
      </w:pPr>
      <w:r>
        <w:t>_______________</w:t>
      </w:r>
    </w:p>
    <w:p>
      <w:r>
        <w:rPr>
          <w:b/>
        </w:rPr>
        <w:t>11. Autre (préciser)</w:t>
      </w:r>
    </w:p>
    <w:p>
      <w:pPr>
        <w:ind w:left="576"/>
      </w:pPr>
      <w:r>
        <w:rPr>
          <w:color w:val="6B7280"/>
          <w:sz w:val="17"/>
        </w:rPr>
        <w:t>Variable: Autre_pr_ciser_002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selected(${_7_Difficult_s_rencontr_es_pou}, 'autre__pr_ciser')</w:t>
        <w:br/>
      </w:r>
    </w:p>
    <w:p>
      <w:pPr>
        <w:jc w:val="left"/>
      </w:pPr>
      <w:r>
        <w:t>_______________</w:t>
      </w:r>
    </w:p>
    <w:p/>
    <w:p>
      <w:r>
        <w:rPr>
          <w:b/>
          <w:color w:val="F59E0B"/>
          <w:sz w:val="28"/>
        </w:rPr>
        <w:t>Questionnaire : 4.3 Cas de malnutrition</w:t>
      </w:r>
    </w:p>
    <w:p>
      <w:r>
        <w:t>UID : arKkAQquwLjkDpLeyhEdz5</w:t>
      </w:r>
    </w:p>
    <w:p/>
    <w:p>
      <w:r>
        <w:rPr>
          <w:b/>
        </w:rPr>
        <w:t>1. Quartier/zone</w:t>
      </w:r>
    </w:p>
    <w:p>
      <w:pPr>
        <w:ind w:left="576"/>
      </w:pPr>
      <w:r>
        <w:rPr>
          <w:color w:val="6B7280"/>
          <w:sz w:val="17"/>
        </w:rPr>
        <w:t>Variable: Quartier_zone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Quartier Les Volcans (quartier_les_volcans), Quartier Mikeno (quartier_mikeno), Quartier Mapendo (quartier_mapendo), Quartier Katindo (quartier_katindo), Quartier Himbi (quartier_himbi), Quartier Keshero (quartier_keshero), Quartier Lac Vert (quartier_lac_vert), Quartier Kahembe (quartier_kahembe), Quartier Murara (quartier_murara), Quartier Bujovu (quartier_bujovu), Quartier Majengo (quartier_majengo), Quartier Mabanga nord (quartier_mabanga_nord), Quartier Mabanga sud (quartier_mabanga_sud), Quartier Kasika (quartier_kasika), Quartier Katoyi (quartier_katoyi), Quartier Ndosho (quartier_ndosho), Quartier Mugunga (quartier_mugunga), Quartier Virunga (quartier_virunga)</w:t>
      </w:r>
    </w:p>
    <w:p>
      <w:pPr>
        <w:jc w:val="left"/>
      </w:pPr>
      <w:r>
        <w:t>_______________</w:t>
      </w:r>
    </w:p>
    <w:p>
      <w:r>
        <w:rPr>
          <w:b/>
        </w:rPr>
        <w:t>2. 1. Âge de l’enfant (en mois)</w:t>
      </w:r>
    </w:p>
    <w:p>
      <w:pPr>
        <w:ind w:left="576"/>
      </w:pPr>
      <w:r>
        <w:rPr>
          <w:color w:val="6B7280"/>
          <w:sz w:val="17"/>
        </w:rPr>
        <w:t>Variable: _1_ge_de_l_enfant_en_mois  |  Type: Nombre Entier  |  Obligatoire: Non</w:t>
      </w:r>
    </w:p>
    <w:p>
      <w:pPr>
        <w:ind w:left="576"/>
      </w:pPr>
      <w:r>
        <w:rPr>
          <w:color w:val="DC2626"/>
          <w:sz w:val="17"/>
        </w:rPr>
        <w:t>🛡️ Validation : . &gt; 5 and . &lt; 60</w:t>
      </w:r>
    </w:p>
    <w:p>
      <w:pPr>
        <w:jc w:val="left"/>
      </w:pPr>
      <w:r>
        <w:t>_______________</w:t>
      </w:r>
    </w:p>
    <w:p>
      <w:r>
        <w:rPr>
          <w:b/>
        </w:rPr>
        <w:t>3. 2. Sexe de l’enfant</w:t>
      </w:r>
    </w:p>
    <w:p>
      <w:pPr>
        <w:ind w:left="576"/>
      </w:pPr>
      <w:r>
        <w:rPr>
          <w:color w:val="6B7280"/>
          <w:sz w:val="17"/>
        </w:rPr>
        <w:t>Variable: _2_Sexe_de_l_enfant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Masculin (masculin), Féminin (f_minin)</w:t>
      </w:r>
    </w:p>
    <w:p>
      <w:pPr>
        <w:jc w:val="left"/>
      </w:pPr>
      <w:r>
        <w:t>_______________</w:t>
      </w:r>
    </w:p>
    <w:p>
      <w:r>
        <w:rPr>
          <w:b/>
        </w:rPr>
        <w:t>4. 3. Poids (kg)</w:t>
      </w:r>
    </w:p>
    <w:p>
      <w:pPr>
        <w:ind w:left="576"/>
      </w:pPr>
      <w:r>
        <w:rPr>
          <w:color w:val="6B7280"/>
          <w:sz w:val="17"/>
        </w:rPr>
        <w:t>Variable: _3_Poids_kg  |  Type: Nombre Décimal (Réel)  |  Obligatoire: Non</w:t>
      </w:r>
    </w:p>
    <w:p>
      <w:pPr>
        <w:jc w:val="left"/>
      </w:pPr>
      <w:r>
        <w:t>_______________</w:t>
      </w:r>
    </w:p>
    <w:p>
      <w:r>
        <w:rPr>
          <w:b/>
        </w:rPr>
        <w:t>5. 4. Taille / Longueur (En cm)</w:t>
      </w:r>
    </w:p>
    <w:p>
      <w:pPr>
        <w:ind w:left="576"/>
      </w:pPr>
      <w:r>
        <w:rPr>
          <w:color w:val="6B7280"/>
          <w:sz w:val="17"/>
        </w:rPr>
        <w:t>Variable: _4_Taille_Longueur_En_cm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6. 5. Périmètre brachial (PB/MUAC) – mm</w:t>
      </w:r>
    </w:p>
    <w:p>
      <w:pPr>
        <w:ind w:left="576"/>
      </w:pPr>
      <w:r>
        <w:rPr>
          <w:color w:val="6B7280"/>
          <w:sz w:val="17"/>
        </w:rPr>
        <w:t>Variable: _5_P_rim_tre_brachial_PB_MUAC_mm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7. 6. Présence d’œdèmes nutritionnels</w:t>
      </w:r>
    </w:p>
    <w:p>
      <w:pPr>
        <w:ind w:left="576"/>
      </w:pPr>
      <w:r>
        <w:rPr>
          <w:color w:val="6B7280"/>
          <w:sz w:val="17"/>
        </w:rPr>
        <w:t>Variable: _6_Pr_sence_d_d_mes_nutritionnels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>
      <w:r>
        <w:rPr>
          <w:b/>
        </w:rPr>
        <w:t>8. 7. Classification nutritionnelle (selon mesures)</w:t>
      </w:r>
    </w:p>
    <w:p>
      <w:pPr>
        <w:ind w:left="576"/>
      </w:pPr>
      <w:r>
        <w:rPr>
          <w:color w:val="6B7280"/>
          <w:sz w:val="17"/>
        </w:rPr>
        <w:t>Variable: _7_Classification_nu_nelle_selon_mesures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MAS (Malnutrition Aiguë Sévère) (mas__malnutrition_aigu__s_v_re), MAM (Malnutrition Aiguë Modérée) (mam__malnutrition_aigu__mod_r_e), Normal (normal), À risque / borderline (__risque___borderline), Inconnu (inconnu)</w:t>
      </w:r>
    </w:p>
    <w:p>
      <w:pPr>
        <w:jc w:val="left"/>
      </w:pPr>
      <w:r>
        <w:t>_______________</w:t>
      </w:r>
    </w:p>
    <w:p>
      <w:r>
        <w:rPr>
          <w:b/>
        </w:rPr>
        <w:t>9. 8. Admission dans un programme nutritionnel</w:t>
      </w:r>
    </w:p>
    <w:p>
      <w:pPr>
        <w:ind w:left="576"/>
      </w:pPr>
      <w:r>
        <w:rPr>
          <w:color w:val="6B7280"/>
          <w:sz w:val="17"/>
        </w:rPr>
        <w:t>Variable: _8_Admission_dans_un_programme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Oui, programme MAS (OTP / ITFC) (oui__programme_mas__otp___itfc), Oui, programme MAM (SFP) (oui__programme_mam__sfp), Non (non), Ne sais pas (ne_sais_pas)</w:t>
      </w:r>
    </w:p>
    <w:p>
      <w:pPr>
        <w:jc w:val="left"/>
      </w:pPr>
      <w:r>
        <w:t>_______________</w:t>
      </w:r>
    </w:p>
    <w:p>
      <w:r>
        <w:rPr>
          <w:b/>
        </w:rPr>
        <w:t>10. 9. Traitement reçu (si admis)</w:t>
      </w:r>
    </w:p>
    <w:p>
      <w:pPr>
        <w:ind w:left="576"/>
      </w:pPr>
      <w:r>
        <w:rPr>
          <w:color w:val="6B7280"/>
          <w:sz w:val="17"/>
        </w:rPr>
        <w:t>Variable: _9_Traitement_re_u_si_admis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ATPE (Plumpy’Nut, RUTF) (atpe__plumpy_nut__rutf), RUSF (Plumpy’Sup, RUSF) (rusf__plumpy_sup__rusf), Médicaments (amoxicilline, albendazole…) (m_dicaments__amoxicilline__albendazole), Suppléments vitamines/minéraux (suppl_ments_vitamines_min_raux), Autre (préciser) (autre__pr_ciser)</w:t>
      </w:r>
    </w:p>
    <w:p>
      <w:pPr>
        <w:ind w:left="576"/>
      </w:pPr>
      <w:r>
        <w:rPr>
          <w:color w:val="4F46E5"/>
          <w:sz w:val="17"/>
        </w:rPr>
        <w:t>⚙️ Logique : ${_8_Admission_dans_un_programme} = 'oui__programme_mas__otp___itfc' or ${_8_Admission_dans_un_programme} = 'oui__programme_mam__sfp'</w:t>
        <w:br/>
      </w:r>
    </w:p>
    <w:p>
      <w:pPr>
        <w:jc w:val="left"/>
      </w:pPr>
      <w:r>
        <w:t>_______________</w:t>
      </w:r>
    </w:p>
    <w:p>
      <w:r>
        <w:rPr>
          <w:b/>
        </w:rPr>
        <w:t>11. 10. Source de référence vers le programme nutritionnel</w:t>
      </w:r>
    </w:p>
    <w:p>
      <w:pPr>
        <w:ind w:left="576"/>
      </w:pPr>
      <w:r>
        <w:rPr>
          <w:color w:val="6B7280"/>
          <w:sz w:val="17"/>
        </w:rPr>
        <w:t>Variable: _10_Source_de_r_f_rence_vers_l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Centre de santé (centre_de_sant), Agent communautaire (agent_communautaire), Parent / voisin (parent___voisin), Autre (préciser) (autre__pr_ciser)</w:t>
      </w:r>
    </w:p>
    <w:p>
      <w:pPr>
        <w:jc w:val="left"/>
      </w:pPr>
      <w:r>
        <w:t>_______________</w:t>
      </w:r>
    </w:p>
    <w:p>
      <w:r>
        <w:rPr>
          <w:b/>
        </w:rPr>
        <w:t>12. Autre (préciser)</w:t>
      </w:r>
    </w:p>
    <w:p>
      <w:pPr>
        <w:ind w:left="576"/>
      </w:pPr>
      <w:r>
        <w:rPr>
          <w:color w:val="6B7280"/>
          <w:sz w:val="17"/>
        </w:rPr>
        <w:t>Variable: Autre_pr_ciser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${_10_Source_de_r_f_rence_vers_l} = 'autre__pr_ciser'</w:t>
        <w:br/>
      </w:r>
    </w:p>
    <w:p>
      <w:pPr>
        <w:jc w:val="left"/>
      </w:pPr>
      <w:r>
        <w:t>_______________</w:t>
      </w:r>
    </w:p>
    <w:p>
      <w:r>
        <w:br w:type="page"/>
      </w:r>
    </w:p>
    <w:p>
      <w:pPr>
        <w:pStyle w:val="Heading1"/>
      </w:pPr>
      <w:r>
        <w:rPr>
          <w:color w:val="10B981"/>
        </w:rPr>
        <w:t>Dossier : ÉCONOMIE ET EMPLOIS</w:t>
      </w:r>
    </w:p>
    <w:p/>
    <w:p>
      <w:r>
        <w:rPr>
          <w:b/>
          <w:color w:val="F59E0B"/>
          <w:sz w:val="28"/>
        </w:rPr>
        <w:t>Questionnaire : 5.4 Activités Génératrices de Revenus (AGR)</w:t>
      </w:r>
    </w:p>
    <w:p>
      <w:r>
        <w:t>UID : a29d5ATcqgKy6KtdB4XTi9</w:t>
      </w:r>
    </w:p>
    <w:p/>
    <w:p>
      <w:r>
        <w:rPr>
          <w:b/>
        </w:rPr>
        <w:t>1. Quartier/zone</w:t>
      </w:r>
    </w:p>
    <w:p>
      <w:pPr>
        <w:ind w:left="576"/>
      </w:pPr>
      <w:r>
        <w:rPr>
          <w:color w:val="6B7280"/>
          <w:sz w:val="17"/>
        </w:rPr>
        <w:t>Variable: Quartier_zone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Quartier Les Volcans (quartier_les_volcans), Quartier Mikeno (quartier_mikeno), Quartier Mapendo (quartier_mapendo), Quartier Katindo (quartier_katindo), Quartier Himbi (quartier_himbi), Quartier Keshero (quartier_keshero), Quartier Lac Vert (quartier_lac_vert), Quartier Kahembe (quartier_kahembe), Quartier Murara (quartier_murara), Quartier Bujovu (quartier_bujovu), Quartier Majengo (quartier_majengo), Quartier Mabanga nord (quartier_mabanga_nord), Quartier Mabanga sud (quartier_mabanga_sud), Quartier Kasika (quartier_kasika), Quartier Katoyi (quartier_katoyi), Quartier Ndosho (quartier_ndosho), Quartier Mugunga (quartier_mugunga), Quartier Virunga (quartier_virunga)</w:t>
      </w:r>
    </w:p>
    <w:p>
      <w:pPr>
        <w:jc w:val="left"/>
      </w:pPr>
      <w:r>
        <w:t>_______________</w:t>
      </w:r>
    </w:p>
    <w:p>
      <w:r>
        <w:rPr>
          <w:b/>
        </w:rPr>
        <w:t>2. Q1. Votre ménage exerce-t-il actuellement une activité génératrice de revenus ?</w:t>
      </w:r>
    </w:p>
    <w:p>
      <w:pPr>
        <w:ind w:left="576"/>
      </w:pPr>
      <w:r>
        <w:rPr>
          <w:color w:val="6B7280"/>
          <w:sz w:val="17"/>
        </w:rPr>
        <w:t>Variable: Q1_Votre_m_nage_exe_ratrice_de_revenus_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>
      <w:r>
        <w:rPr>
          <w:b/>
        </w:rPr>
        <w:t>3. Q2. Quel(s) type(s) d’activité exerce votre ménage ?</w:t>
      </w:r>
    </w:p>
    <w:p>
      <w:pPr>
        <w:ind w:left="576"/>
      </w:pPr>
      <w:r>
        <w:rPr>
          <w:color w:val="6B7280"/>
          <w:sz w:val="17"/>
        </w:rPr>
        <w:t>Variable: Q2_Quel_s_type_s_d_activit_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Commerce (boutique, kiosque…) (commerce__boutique__kiosque), Agriculture (agriculture), Elevage (elevage), Artisanat (artisanat), Transport (transport), Services (services), Autres (préciser) (autres__pr_ciser)</w:t>
      </w:r>
    </w:p>
    <w:p>
      <w:pPr>
        <w:jc w:val="left"/>
      </w:pPr>
      <w:r>
        <w:t>_______________</w:t>
      </w:r>
    </w:p>
    <w:p>
      <w:r>
        <w:rPr>
          <w:b/>
        </w:rPr>
        <w:t>4. Autres (préciser)</w:t>
      </w:r>
    </w:p>
    <w:p>
      <w:pPr>
        <w:ind w:left="576"/>
      </w:pPr>
      <w:r>
        <w:rPr>
          <w:color w:val="6B7280"/>
          <w:sz w:val="17"/>
        </w:rPr>
        <w:t>Variable: Autres_pr_ciser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selected(${Q2_Quel_s_type_s_d_activit_}, 'autres__pr_ciser')</w:t>
        <w:br/>
      </w:r>
    </w:p>
    <w:p>
      <w:pPr>
        <w:jc w:val="left"/>
      </w:pPr>
      <w:r>
        <w:t>_______________</w:t>
      </w:r>
    </w:p>
    <w:p>
      <w:r>
        <w:rPr>
          <w:b/>
        </w:rPr>
        <w:t>5. Q3. Quel est le secteur économique principal ?</w:t>
      </w:r>
    </w:p>
    <w:p>
      <w:pPr>
        <w:ind w:left="576"/>
      </w:pPr>
      <w:r>
        <w:rPr>
          <w:color w:val="6B7280"/>
          <w:sz w:val="17"/>
        </w:rPr>
        <w:t>Variable: Q3_Quel_est_le_sect_conomique_principal_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Primaire (primaire), Secondaire (secondaire), Tertiaire (tertiaire)</w:t>
      </w:r>
    </w:p>
    <w:p>
      <w:pPr>
        <w:jc w:val="left"/>
      </w:pPr>
      <w:r>
        <w:t>_______________</w:t>
      </w:r>
    </w:p>
    <w:p>
      <w:r>
        <w:rPr>
          <w:b/>
        </w:rPr>
        <w:t>6. Q4. Combien de membres du ménage participent à cette activité ?</w:t>
      </w:r>
    </w:p>
    <w:p>
      <w:pPr>
        <w:ind w:left="576"/>
      </w:pPr>
      <w:r>
        <w:rPr>
          <w:color w:val="6B7280"/>
          <w:sz w:val="17"/>
        </w:rPr>
        <w:t>Variable: Q4_Combien_de_membr_nt_cette_activit_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7. Q5. Quelle était la source principale du capital initial investi ?</w:t>
      </w:r>
    </w:p>
    <w:p>
      <w:pPr>
        <w:ind w:left="576"/>
      </w:pPr>
      <w:r>
        <w:rPr>
          <w:color w:val="6B7280"/>
          <w:sz w:val="17"/>
        </w:rPr>
        <w:t>Variable: Q5_Quelle_tait_la_source_pri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Epargne personnelle (epargne_personnelle), Crédit bancaire (cr_dit_bancaire), Microfinance / mobile money (microfinance___mobile_money), Don familial (don_familial), Parrainage / ONG (parrainage___ong), Autres (préciser) (autres__pr_ciser)</w:t>
      </w:r>
    </w:p>
    <w:p>
      <w:pPr>
        <w:jc w:val="left"/>
      </w:pPr>
      <w:r>
        <w:t>_______________</w:t>
      </w:r>
    </w:p>
    <w:p>
      <w:r>
        <w:rPr>
          <w:b/>
        </w:rPr>
        <w:t>8. Autres (préciser)</w:t>
      </w:r>
    </w:p>
    <w:p>
      <w:pPr>
        <w:ind w:left="576"/>
      </w:pPr>
      <w:r>
        <w:rPr>
          <w:color w:val="6B7280"/>
          <w:sz w:val="17"/>
        </w:rPr>
        <w:t>Variable: Autres_pr_ciser_001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${Q5_Quelle_tait_la_source_pri} = 'autres__pr_ciser'</w:t>
        <w:br/>
      </w:r>
    </w:p>
    <w:p>
      <w:pPr>
        <w:jc w:val="left"/>
      </w:pPr>
      <w:r>
        <w:t>_______________</w:t>
      </w:r>
    </w:p>
    <w:p>
      <w:r>
        <w:rPr>
          <w:b/>
        </w:rPr>
        <w:t>9. Q6. Quel montant approximatif a été investi au démarrage ?</w:t>
      </w:r>
    </w:p>
    <w:p>
      <w:pPr>
        <w:ind w:left="576"/>
      </w:pPr>
      <w:r>
        <w:rPr>
          <w:color w:val="6B7280"/>
          <w:sz w:val="17"/>
        </w:rPr>
        <w:t>Variable: Q6_Quel_montant_app_nvesti_au_d_marrage_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10. Q7. Quel est le revenu moyen généré par jour ?</w:t>
      </w:r>
    </w:p>
    <w:p>
      <w:pPr>
        <w:ind w:left="576"/>
      </w:pPr>
      <w:r>
        <w:rPr>
          <w:color w:val="6B7280"/>
          <w:sz w:val="17"/>
        </w:rPr>
        <w:t>Variable: Q7_Quel_est_le_reve_yen_g_n_r_par_jour_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11. Q8. Quelles sont les dépenses journalières liées à cette activité ?</w:t>
      </w:r>
    </w:p>
    <w:p>
      <w:pPr>
        <w:ind w:left="576"/>
      </w:pPr>
      <w:r>
        <w:rPr>
          <w:color w:val="6B7280"/>
          <w:sz w:val="17"/>
        </w:rPr>
        <w:t>Variable: Q8_Quelles_sont_les_es_cette_activit_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12. Q9. Quel est le profit net mensuel moyen ?</w:t>
      </w:r>
    </w:p>
    <w:p>
      <w:pPr>
        <w:ind w:left="576"/>
      </w:pPr>
      <w:r>
        <w:rPr>
          <w:color w:val="6B7280"/>
          <w:sz w:val="17"/>
        </w:rPr>
        <w:t>Variable: Q9_Quel_est_le_prof_t_net_mensuel_moyen_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13. Q10. Votre activité emploie-t-elle d’autres personnes ?</w:t>
      </w:r>
    </w:p>
    <w:p>
      <w:pPr>
        <w:ind w:left="576"/>
      </w:pPr>
      <w:r>
        <w:rPr>
          <w:color w:val="6B7280"/>
          <w:sz w:val="17"/>
        </w:rPr>
        <w:t>Variable: Q10_Votre_activit_emploie_t_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>
      <w:r>
        <w:rPr>
          <w:b/>
        </w:rPr>
        <w:t>14. Q11. Si oui, combien ?</w:t>
      </w:r>
    </w:p>
    <w:p>
      <w:pPr>
        <w:ind w:left="576"/>
      </w:pPr>
      <w:r>
        <w:rPr>
          <w:color w:val="6B7280"/>
          <w:sz w:val="17"/>
        </w:rPr>
        <w:t>Variable: Q11_Si_oui_combien_  |  Type: Nombre Entier  |  Obligatoire: Non</w:t>
      </w:r>
    </w:p>
    <w:p>
      <w:pPr>
        <w:ind w:left="576"/>
      </w:pPr>
      <w:r>
        <w:rPr>
          <w:color w:val="4F46E5"/>
          <w:sz w:val="17"/>
        </w:rPr>
        <w:t>⚙️ Logique : ${Q10_Votre_activit_emploie_t_} = 'oui'</w:t>
        <w:br/>
      </w:r>
    </w:p>
    <w:p>
      <w:pPr>
        <w:jc w:val="left"/>
      </w:pPr>
      <w:r>
        <w:t>_______________</w:t>
      </w:r>
    </w:p>
    <w:p>
      <w:r>
        <w:rPr>
          <w:b/>
        </w:rPr>
        <w:t>15. Q12. L’activité fonctionne-t-elle tout au long de l’année ?</w:t>
      </w:r>
    </w:p>
    <w:p>
      <w:pPr>
        <w:ind w:left="576"/>
      </w:pPr>
      <w:r>
        <w:rPr>
          <w:color w:val="6B7280"/>
          <w:sz w:val="17"/>
        </w:rPr>
        <w:t>Variable: Q12_L_activit_fonc_au_long_de_l_ann_e_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Non, saisonnière (non__saisonni_re)</w:t>
      </w:r>
    </w:p>
    <w:p>
      <w:pPr>
        <w:jc w:val="left"/>
      </w:pPr>
      <w:r>
        <w:t>_______________</w:t>
      </w:r>
    </w:p>
    <w:p>
      <w:r>
        <w:rPr>
          <w:b/>
        </w:rPr>
        <w:t>16. Q13. Pendant quelle période l’activité est-elle la plus rentable ?</w:t>
      </w:r>
    </w:p>
    <w:p>
      <w:pPr>
        <w:ind w:left="576"/>
      </w:pPr>
      <w:r>
        <w:rPr>
          <w:color w:val="6B7280"/>
          <w:sz w:val="17"/>
        </w:rPr>
        <w:t>Variable: Q13_Pendant_quelle_le_la_plus_rentable_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Janvier (janvier), Février (f_vrier), Mars (mars), Avril (avril), Mai (mai), Juin (juin), Juillet (juillet), Aout (aout), Septembre (septembre), Octobre (octobre), Novembre (novembre), Décembre (d_cembre)</w:t>
      </w:r>
    </w:p>
    <w:p>
      <w:pPr>
        <w:jc w:val="left"/>
      </w:pPr>
      <w:r>
        <w:t>_______________</w:t>
      </w:r>
    </w:p>
    <w:p>
      <w:r>
        <w:rPr>
          <w:b/>
        </w:rPr>
        <w:t>17. Q14. Quels sont les risques principaux pour votre activité ?</w:t>
      </w:r>
    </w:p>
    <w:p>
      <w:pPr>
        <w:ind w:left="576"/>
      </w:pPr>
      <w:r>
        <w:rPr>
          <w:color w:val="6B7280"/>
          <w:sz w:val="17"/>
        </w:rPr>
        <w:t>Variable: Q14_Quels_sont_les_risques_pr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Insécurité (ins_curit), Vols (vols), Risques climatiques (risques_climatiques), Manque de capital (manque_de_capital), Fluctuation des prix (fluctuation_des_prix), Problèmes d’accès au marché (probl_mes_d_acc_s_au_march), Autres (préciser) (autres__pr_ciser)</w:t>
      </w:r>
    </w:p>
    <w:p>
      <w:pPr>
        <w:jc w:val="left"/>
      </w:pPr>
      <w:r>
        <w:t>_______________</w:t>
      </w:r>
    </w:p>
    <w:p>
      <w:r>
        <w:rPr>
          <w:b/>
        </w:rPr>
        <w:t>18. Autres (préciser)</w:t>
      </w:r>
    </w:p>
    <w:p>
      <w:pPr>
        <w:ind w:left="576"/>
      </w:pPr>
      <w:r>
        <w:rPr>
          <w:color w:val="6B7280"/>
          <w:sz w:val="17"/>
        </w:rPr>
        <w:t>Variable: Autres_pr_ciser_002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selected(${Q14_Quels_sont_les_risques_pr}, 'autres__pr_ciser')</w:t>
        <w:br/>
      </w:r>
    </w:p>
    <w:p>
      <w:pPr>
        <w:jc w:val="left"/>
      </w:pPr>
      <w:r>
        <w:t>_______________</w:t>
      </w:r>
    </w:p>
    <w:p/>
    <w:p>
      <w:r>
        <w:rPr>
          <w:b/>
          <w:color w:val="F59E0B"/>
          <w:sz w:val="28"/>
        </w:rPr>
        <w:t>Questionnaire : 5.1 Évolution des prix des produits de première nécessité</w:t>
      </w:r>
    </w:p>
    <w:p>
      <w:r>
        <w:t>UID : abj8c2ZFNzSuRixeiD9ErA</w:t>
      </w:r>
    </w:p>
    <w:p/>
    <w:p>
      <w:r>
        <w:rPr>
          <w:b/>
        </w:rPr>
        <w:t>1. Quartier/zone</w:t>
      </w:r>
    </w:p>
    <w:p>
      <w:pPr>
        <w:ind w:left="576"/>
      </w:pPr>
      <w:r>
        <w:rPr>
          <w:color w:val="6B7280"/>
          <w:sz w:val="17"/>
        </w:rPr>
        <w:t>Variable: Quartier_zone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Quartier Les Volcans (quartier_les_volcans), Quartier Mikeno (quartier_mikeno), Quartier Mapendo (quartier_mapendo), Quartier Katindo (quartier_katindo), Quartier Himbi (quartier_himbi), Quartier Keshero (quartier_keshero), Quartier Lac Vert (quartier_lac_vert), Quartier Kahembe (quartier_kahembe), Quartier Murara (quartier_murara), Quartier Bujovu (quartier_bujovu), Quartier Majengo (quartier_majengo), Quartier Mabanga nord (quartier_mabanga_nord), Quartier Mabanga sud (quartier_mabanga_sud), Quartier Kasika (quartier_kasika), Quartier Katoyi (quartier_katoyi), Quartier Ndosho (quartier_ndosho), Quartier Mugunga (quartier_mugunga), Quartier Virunga (quartier_virunga)</w:t>
      </w:r>
    </w:p>
    <w:p>
      <w:pPr>
        <w:jc w:val="left"/>
      </w:pPr>
      <w:r>
        <w:t>_______________</w:t>
      </w:r>
    </w:p>
    <w:p>
      <w:r>
        <w:rPr>
          <w:b/>
        </w:rPr>
        <w:t>2. A2. Nom du marché</w:t>
      </w:r>
    </w:p>
    <w:p>
      <w:pPr>
        <w:ind w:left="576"/>
      </w:pPr>
      <w:r>
        <w:rPr>
          <w:color w:val="6B7280"/>
          <w:sz w:val="17"/>
        </w:rPr>
        <w:t>Variable: A2_Nom_du_march  |  Type: Réponse Ouverte  |  Obligatoire: Non</w:t>
      </w:r>
    </w:p>
    <w:p>
      <w:pPr>
        <w:jc w:val="left"/>
      </w:pPr>
      <w:r>
        <w:t>_______________</w:t>
      </w:r>
    </w:p>
    <w:p>
      <w:r>
        <w:rPr>
          <w:b/>
        </w:rPr>
        <w:t>3. A3. Localisation géographique</w:t>
      </w:r>
    </w:p>
    <w:p>
      <w:pPr>
        <w:ind w:left="576"/>
      </w:pPr>
      <w:r>
        <w:rPr>
          <w:color w:val="6B7280"/>
          <w:sz w:val="17"/>
        </w:rPr>
        <w:t>Variable: A3_Localisation_g_ographique  |  Type: Position GPS  |  Obligatoire: Non</w:t>
      </w:r>
    </w:p>
    <w:p>
      <w:pPr>
        <w:jc w:val="left"/>
      </w:pPr>
      <w:r>
        <w:t>_______________</w:t>
      </w:r>
    </w:p>
    <w:p>
      <w:r>
        <w:rPr>
          <w:b/>
        </w:rPr>
        <w:t>4. A4. Type de marché</w:t>
      </w:r>
    </w:p>
    <w:p>
      <w:pPr>
        <w:ind w:left="576"/>
      </w:pPr>
      <w:r>
        <w:rPr>
          <w:color w:val="6B7280"/>
          <w:sz w:val="17"/>
        </w:rPr>
        <w:t>Variable: A4_Type_de_march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Marché formel (march__formel), Marché informel (march__informel), Point de vente isolé (point_de_vente_isol), Kiosque / petit commerce (kiosque___petit_commerce), Supérette / boutique (sup_rette___boutique)</w:t>
      </w:r>
    </w:p>
    <w:p>
      <w:pPr>
        <w:jc w:val="left"/>
      </w:pPr>
      <w:r>
        <w:t>_______________</w:t>
      </w:r>
    </w:p>
    <w:p>
      <w:r>
        <w:rPr>
          <w:b/>
        </w:rPr>
        <w:t>5. A5. Jour de collecte</w:t>
      </w:r>
    </w:p>
    <w:p>
      <w:pPr>
        <w:ind w:left="576"/>
      </w:pPr>
      <w:r>
        <w:rPr>
          <w:color w:val="6B7280"/>
          <w:sz w:val="17"/>
        </w:rPr>
        <w:t>Variable: A5_Jour_de_collecte  |  Type: Date  |  Obligatoire: Non</w:t>
      </w:r>
    </w:p>
    <w:p>
      <w:pPr>
        <w:jc w:val="left"/>
      </w:pPr>
      <w:r>
        <w:t>_______________</w:t>
      </w:r>
    </w:p>
    <w:p>
      <w:r>
        <w:rPr>
          <w:b/>
        </w:rPr>
        <w:t>6. A6. Niveau d’affluence du marché au moment de la visite</w:t>
      </w:r>
    </w:p>
    <w:p>
      <w:pPr>
        <w:ind w:left="576"/>
      </w:pPr>
      <w:r>
        <w:rPr>
          <w:color w:val="6B7280"/>
          <w:sz w:val="17"/>
        </w:rPr>
        <w:t>Variable: A6_Niveau_d_affluen_moment_de_la_visite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Faible (faible), Moyenne (moyenne), Élevée (_lev_e)</w:t>
      </w:r>
    </w:p>
    <w:p>
      <w:pPr>
        <w:jc w:val="left"/>
      </w:pPr>
      <w:r>
        <w:t>_______________</w:t>
      </w:r>
    </w:p>
    <w:p>
      <w:r>
        <w:rPr>
          <w:b/>
        </w:rPr>
        <w:t>7. B2. Présence Maïs secs décortiqués</w:t>
      </w:r>
    </w:p>
    <w:p>
      <w:pPr>
        <w:ind w:left="576"/>
      </w:pPr>
      <w:r>
        <w:rPr>
          <w:color w:val="6B7280"/>
          <w:sz w:val="17"/>
        </w:rPr>
        <w:t>Variable: B2_Pr_sence_Ma_s_secs_d_cortiqu_s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>
      <w:r>
        <w:rPr>
          <w:b/>
        </w:rPr>
        <w:t>8. B3. Unité de mesure</w:t>
      </w:r>
    </w:p>
    <w:p>
      <w:pPr>
        <w:ind w:left="576"/>
      </w:pPr>
      <w:r>
        <w:rPr>
          <w:color w:val="6B7280"/>
          <w:sz w:val="17"/>
        </w:rPr>
        <w:t>Variable: B3_Unit_de_mesure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1 kg (1_kg), 1.5 kg (1_5_kg), Bouteille 0.5 Litre (bouteille_0_5_litre), Bouteille 1 Litre (bouteille_1_litre), Bouteille 5 Litre (bouteille_5_litre), Unité (unit), Sac 25 kg (sac_25_kg), Sac 50 kg (sac_50_kg), Sac 100 kg (sac_100_kg), Tas (tas), Autre (préciser) (autre__pr_ciser)</w:t>
      </w:r>
    </w:p>
    <w:p>
      <w:pPr>
        <w:jc w:val="left"/>
      </w:pPr>
      <w:r>
        <w:t>_______________</w:t>
      </w:r>
    </w:p>
    <w:p>
      <w:r>
        <w:rPr>
          <w:b/>
        </w:rPr>
        <w:t>9. Autre (préciser)</w:t>
      </w:r>
    </w:p>
    <w:p>
      <w:pPr>
        <w:ind w:left="576"/>
      </w:pPr>
      <w:r>
        <w:rPr>
          <w:color w:val="6B7280"/>
          <w:sz w:val="17"/>
        </w:rPr>
        <w:t>Variable: Autre_pr_ciser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${B3_Unit_de_mesure} = 'autre__pr_ciser'</w:t>
        <w:br/>
      </w:r>
    </w:p>
    <w:p>
      <w:pPr>
        <w:jc w:val="left"/>
      </w:pPr>
      <w:r>
        <w:t>_______________</w:t>
      </w:r>
    </w:p>
    <w:p>
      <w:r>
        <w:rPr>
          <w:b/>
        </w:rPr>
        <w:t>10. B4. Prix par unité de mesure observée</w:t>
      </w:r>
    </w:p>
    <w:p>
      <w:pPr>
        <w:ind w:left="576"/>
      </w:pPr>
      <w:r>
        <w:rPr>
          <w:color w:val="6B7280"/>
          <w:sz w:val="17"/>
        </w:rPr>
        <w:t>Variable: B4_Prix_par_unit_de_mesure_observ_e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11. B5. Variation des prix par rapport à la semaine précédentes</w:t>
      </w:r>
    </w:p>
    <w:p>
      <w:pPr>
        <w:ind w:left="576"/>
      </w:pPr>
      <w:r>
        <w:rPr>
          <w:color w:val="6B7280"/>
          <w:sz w:val="17"/>
        </w:rPr>
        <w:t>Variable: B5_Variation_des_prix_par_rap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Augmenté (augment), Inchangé (inchang), Diminué (diminu)</w:t>
      </w:r>
    </w:p>
    <w:p>
      <w:pPr>
        <w:jc w:val="left"/>
      </w:pPr>
      <w:r>
        <w:t>_______________</w:t>
      </w:r>
    </w:p>
    <w:p>
      <w:r>
        <w:rPr>
          <w:b/>
        </w:rPr>
        <w:t>12. Raisons principales d’une hausse éventuelle du prix</w:t>
      </w:r>
    </w:p>
    <w:p>
      <w:pPr>
        <w:ind w:left="576"/>
      </w:pPr>
      <w:r>
        <w:rPr>
          <w:color w:val="6B7280"/>
          <w:sz w:val="17"/>
        </w:rPr>
        <w:t>Variable: Raisons_principales_d_une_haus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Hausse du coût du transport (hausse_du_co_t_du_transport), Rupture d’approvisionnement (rupture_d_approvisionnement), Saisonnalité (saisonnalit), Inflation générale (inflation_g_n_rale), Conflits / insécurité (conflits___ins_curit), Fluctuation du taux de change (fluctuation_du_taux_de_change), Autres (préciser) (autres__pr_ciser)</w:t>
      </w:r>
    </w:p>
    <w:p>
      <w:pPr>
        <w:ind w:left="576"/>
      </w:pPr>
      <w:r>
        <w:rPr>
          <w:color w:val="4F46E5"/>
          <w:sz w:val="17"/>
        </w:rPr>
        <w:t>⚙️ Logique : ${B5_Variation_des_prix_par_rap} = 'augment'</w:t>
        <w:br/>
      </w:r>
    </w:p>
    <w:p>
      <w:pPr>
        <w:jc w:val="left"/>
      </w:pPr>
      <w:r>
        <w:t>_______________</w:t>
      </w:r>
    </w:p>
    <w:p>
      <w:r>
        <w:rPr>
          <w:b/>
        </w:rPr>
        <w:t>13. Autres (préciser)</w:t>
      </w:r>
    </w:p>
    <w:p>
      <w:pPr>
        <w:ind w:left="576"/>
      </w:pPr>
      <w:r>
        <w:rPr>
          <w:color w:val="6B7280"/>
          <w:sz w:val="17"/>
        </w:rPr>
        <w:t>Variable: Autres_pr_ciser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selected(${Raisons_principales_d_une_haus}, 'autres__pr_ciser')</w:t>
        <w:br/>
      </w:r>
    </w:p>
    <w:p>
      <w:pPr>
        <w:jc w:val="left"/>
      </w:pPr>
      <w:r>
        <w:t>_______________</w:t>
      </w:r>
    </w:p>
    <w:p>
      <w:r>
        <w:rPr>
          <w:b/>
        </w:rPr>
        <w:t>14. B6. Niveau de disponibilité du produit</w:t>
      </w:r>
    </w:p>
    <w:p>
      <w:pPr>
        <w:ind w:left="576"/>
      </w:pPr>
      <w:r>
        <w:rPr>
          <w:color w:val="6B7280"/>
          <w:sz w:val="17"/>
        </w:rPr>
        <w:t>Variable: B6_Niveau_de_disponibilit_du_produit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Très disponible (tr_s_disponible), Disponible (disponible), Faiblement disponible (faiblement_disponible), Rare (rare), Indisponible (indisponible)</w:t>
      </w:r>
    </w:p>
    <w:p>
      <w:pPr>
        <w:jc w:val="left"/>
      </w:pPr>
      <w:r>
        <w:t>_______________</w:t>
      </w:r>
    </w:p>
    <w:p>
      <w:r>
        <w:rPr>
          <w:b/>
        </w:rPr>
        <w:t>15. B7. Quantité disponible sur les étals (observation)</w:t>
      </w:r>
    </w:p>
    <w:p>
      <w:pPr>
        <w:ind w:left="576"/>
      </w:pPr>
      <w:r>
        <w:rPr>
          <w:color w:val="6B7280"/>
          <w:sz w:val="17"/>
        </w:rPr>
        <w:t>Variable: B7_Quantit_disponi_s_tals_observation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Abondante (abondante), Moyenne (moyenne), Faible (faible)</w:t>
      </w:r>
    </w:p>
    <w:p>
      <w:pPr>
        <w:jc w:val="left"/>
      </w:pPr>
      <w:r>
        <w:t>_______________</w:t>
      </w:r>
    </w:p>
    <w:p>
      <w:r>
        <w:rPr>
          <w:b/>
        </w:rPr>
        <w:t>16. B8. Ruptures d’approvisionnement récentes</w:t>
      </w:r>
    </w:p>
    <w:p>
      <w:pPr>
        <w:ind w:left="576"/>
      </w:pPr>
      <w:r>
        <w:rPr>
          <w:color w:val="6B7280"/>
          <w:sz w:val="17"/>
        </w:rPr>
        <w:t>Variable: B8_Ruptures_d_approvisionneme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>
      <w:r>
        <w:rPr>
          <w:b/>
        </w:rPr>
        <w:t>17. Si oui → Dates de rupture</w:t>
      </w:r>
    </w:p>
    <w:p>
      <w:pPr>
        <w:ind w:left="576"/>
      </w:pPr>
      <w:r>
        <w:rPr>
          <w:color w:val="6B7280"/>
          <w:sz w:val="17"/>
        </w:rPr>
        <w:t>Variable: Si_oui_Dates_de_rupture  |  Type: Date  |  Obligatoire: Non</w:t>
      </w:r>
    </w:p>
    <w:p>
      <w:pPr>
        <w:ind w:left="576"/>
      </w:pPr>
      <w:r>
        <w:rPr>
          <w:color w:val="4F46E5"/>
          <w:sz w:val="17"/>
        </w:rPr>
        <w:t>⚙️ Logique : ${B8_Ruptures_d_approvisionneme} = 'oui'</w:t>
        <w:br/>
      </w:r>
    </w:p>
    <w:p>
      <w:pPr>
        <w:jc w:val="left"/>
      </w:pPr>
      <w:r>
        <w:t>_______________</w:t>
      </w:r>
    </w:p>
    <w:p>
      <w:r>
        <w:rPr>
          <w:b/>
        </w:rPr>
        <w:t>18. B9. Origine du produit</w:t>
      </w:r>
    </w:p>
    <w:p>
      <w:pPr>
        <w:ind w:left="576"/>
      </w:pPr>
      <w:r>
        <w:rPr>
          <w:color w:val="6B7280"/>
          <w:sz w:val="17"/>
        </w:rPr>
        <w:t>Variable: B9_Origine_du_produit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Propre production (propre_production), Production locale (production_locale), Importation (pays limitrophe) (importation__pays_limitrophe), Importation (autre pays) (importation__autre_pays), Inconnue (inconnue)</w:t>
      </w:r>
    </w:p>
    <w:p>
      <w:pPr>
        <w:jc w:val="left"/>
      </w:pPr>
      <w:r>
        <w:t>_______________</w:t>
      </w:r>
    </w:p>
    <w:p>
      <w:r>
        <w:rPr>
          <w:b/>
        </w:rPr>
        <w:t>19. B10. Le coût de transport est-il inclus dans le prix ?</w:t>
      </w:r>
    </w:p>
    <w:p>
      <w:pPr>
        <w:ind w:left="576"/>
      </w:pPr>
      <w:r>
        <w:rPr>
          <w:color w:val="6B7280"/>
          <w:sz w:val="17"/>
        </w:rPr>
        <w:t>Variable: B10_Le_co_t_de_tran_inclus_dans_le_prix_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>
      <w:r>
        <w:rPr>
          <w:b/>
        </w:rPr>
        <w:t>20. B11. Moyen de transport principal pour acheminer le produit</w:t>
      </w:r>
    </w:p>
    <w:p>
      <w:pPr>
        <w:ind w:left="576"/>
      </w:pPr>
      <w:r>
        <w:rPr>
          <w:color w:val="6B7280"/>
          <w:sz w:val="17"/>
        </w:rPr>
        <w:t>Variable: B11_Moyen_de_transport_princi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Moto (moto), Camion (camion), Vélo (v_lo), Pirogue / bateau (pirogue___bateau), Portage humain (portage_humain), Autre (autre)</w:t>
      </w:r>
    </w:p>
    <w:p>
      <w:pPr>
        <w:jc w:val="left"/>
      </w:pPr>
      <w:r>
        <w:t>_______________</w:t>
      </w:r>
    </w:p>
    <w:p>
      <w:r>
        <w:rPr>
          <w:b/>
        </w:rPr>
        <w:t>21. Autres (préciser)</w:t>
      </w:r>
    </w:p>
    <w:p>
      <w:pPr>
        <w:ind w:left="576"/>
      </w:pPr>
      <w:r>
        <w:rPr>
          <w:color w:val="6B7280"/>
          <w:sz w:val="17"/>
        </w:rPr>
        <w:t>Variable: Autres_pr_ciser_001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${B11_Moyen_de_transport_princi} = 'autre'</w:t>
        <w:br/>
      </w:r>
    </w:p>
    <w:p>
      <w:pPr>
        <w:jc w:val="left"/>
      </w:pPr>
      <w:r>
        <w:t>_______________</w:t>
      </w:r>
    </w:p>
    <w:p/>
    <w:p>
      <w:r>
        <w:rPr>
          <w:b/>
          <w:color w:val="F59E0B"/>
          <w:sz w:val="28"/>
        </w:rPr>
        <w:t>Questionnaire : 5.3 Coût du panier de la ménagère</w:t>
      </w:r>
    </w:p>
    <w:p>
      <w:r>
        <w:t>UID : aC3j2rRVHhWqUUztQ93hPB</w:t>
      </w:r>
    </w:p>
    <w:p/>
    <w:p>
      <w:r>
        <w:rPr>
          <w:b/>
        </w:rPr>
        <w:t>1. Quartier/zone</w:t>
      </w:r>
    </w:p>
    <w:p>
      <w:pPr>
        <w:ind w:left="576"/>
      </w:pPr>
      <w:r>
        <w:rPr>
          <w:color w:val="6B7280"/>
          <w:sz w:val="17"/>
        </w:rPr>
        <w:t>Variable: Quartier_zone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Quartier Les Volcans (les_volcans), Quartier Mikeno (mikeno), Quartier Mapendo (mapendo), Quartier Katindo (katindo), Quartier Himbi (himbi), Quartier Keshero (keshero), Quartier Lac Vert (lac_vert), Quartier Kahembe (kahembe), Quartier Murara (murara), Quartier Bujovu (bujovu), Quartier Majengo (majengo), Quartier Mabanga nord (mabanga_nord), Quartier Mabanga sud (mabanga_sud), Quartier Kasika (kasika), Quartier Katoyi (katoyi), Quartier Ndosho (ndosho), Quartier Mugunga (mugunga), Quartier Virunga (virunga)</w:t>
      </w:r>
    </w:p>
    <w:p>
      <w:pPr>
        <w:jc w:val="left"/>
      </w:pPr>
      <w:r>
        <w:t>_______________</w:t>
      </w:r>
    </w:p>
    <w:p>
      <w:r>
        <w:rPr>
          <w:b/>
        </w:rPr>
        <w:t>2. A2. Taille du ménage (nombre de résidents habituels)</w:t>
      </w:r>
    </w:p>
    <w:p>
      <w:pPr>
        <w:ind w:left="576"/>
      </w:pPr>
      <w:r>
        <w:rPr>
          <w:color w:val="6B7280"/>
          <w:sz w:val="17"/>
        </w:rPr>
        <w:t>Variable: A2_Taille_du_m_nage_r_sidents_habituels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3. A3. Catégorie socio-économique</w:t>
      </w:r>
    </w:p>
    <w:p>
      <w:pPr>
        <w:ind w:left="576"/>
      </w:pPr>
      <w:r>
        <w:rPr>
          <w:color w:val="6B7280"/>
          <w:sz w:val="17"/>
        </w:rPr>
        <w:t>Variable: A3_Cat_gorie_socio_conomique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Très vulnérable (tr_s_vuln_rable), Vulnérable (vuln_rable), Moyen (moyen), Aisé (ais), Préfère ne pas répondre (pr_f_re_ne_pas_r_pondre)</w:t>
      </w:r>
    </w:p>
    <w:p>
      <w:pPr>
        <w:jc w:val="left"/>
      </w:pPr>
      <w:r>
        <w:t>_______________</w:t>
      </w:r>
    </w:p>
    <w:p>
      <w:r>
        <w:rPr>
          <w:b/>
        </w:rPr>
        <w:t xml:space="preserve">4. Liste des produits essentiels consommés </w:t>
      </w:r>
    </w:p>
    <w:p>
      <w:pPr>
        <w:ind w:left="576"/>
      </w:pPr>
      <w:r>
        <w:rPr>
          <w:color w:val="6B7280"/>
          <w:sz w:val="17"/>
        </w:rPr>
        <w:t>Variable: Liste_des_produits_essentiels_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Riz (riz), Haricot (haricot), Farine de mais (farine_de_mais), Manioc (manioc), Huile d'arachide (huile_d_arachide), Sucre (sucre), Sel (sel), Poisson (poisson), Viande (viande), Légumes (l_gumes), Fruits (fruits), Eau de boisson (eau_de_boisson), Charbon (charbon), Autre (préciser) (autre__pr_ciser)</w:t>
      </w:r>
    </w:p>
    <w:p>
      <w:pPr>
        <w:jc w:val="left"/>
      </w:pPr>
      <w:r>
        <w:t>_______________</w:t>
      </w:r>
    </w:p>
    <w:p>
      <w:r>
        <w:rPr>
          <w:b/>
        </w:rPr>
        <w:t>5. Autre (préciser)</w:t>
      </w:r>
    </w:p>
    <w:p>
      <w:pPr>
        <w:ind w:left="576"/>
      </w:pPr>
      <w:r>
        <w:rPr>
          <w:color w:val="6B7280"/>
          <w:sz w:val="17"/>
        </w:rPr>
        <w:t>Variable: Autre_pr_ciser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selected(${Liste_des_produits_essentiels_}, 'autre__pr_ciser')</w:t>
        <w:br/>
      </w:r>
    </w:p>
    <w:p>
      <w:pPr>
        <w:jc w:val="left"/>
      </w:pPr>
      <w:r>
        <w:t>_______________</w:t>
      </w:r>
    </w:p>
    <w:p>
      <w:r>
        <w:rPr>
          <w:b/>
        </w:rPr>
        <w:t>6. Unité de mesure / Riz</w:t>
      </w:r>
    </w:p>
    <w:p>
      <w:pPr>
        <w:ind w:left="576"/>
      </w:pPr>
      <w:r>
        <w:rPr>
          <w:color w:val="6B7280"/>
          <w:sz w:val="17"/>
        </w:rPr>
        <w:t>Variable: Unit_de_mesure_Riz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kg (kg), Litre (litre), Unité (unit), Sac 25 kg (sac_25_kg), Sac 50 kg (sac_50_kg), Sac 100 kg (sac_100_kg), Paquet (paquet), Tas (tas), Bouteille 0,5 L (bouteille_0_5_l), Bouteille 1 L (bouteille_1_l), Bouteille 5 L (bouteille_5_l), Autre (préciser) (autre__pr_ciser)</w:t>
      </w:r>
    </w:p>
    <w:p>
      <w:pPr>
        <w:jc w:val="left"/>
      </w:pPr>
      <w:r>
        <w:t>_______________</w:t>
      </w:r>
    </w:p>
    <w:p>
      <w:r>
        <w:rPr>
          <w:b/>
        </w:rPr>
        <w:t>7. Autre (préciser)</w:t>
      </w:r>
    </w:p>
    <w:p>
      <w:pPr>
        <w:ind w:left="576"/>
      </w:pPr>
      <w:r>
        <w:rPr>
          <w:color w:val="6B7280"/>
          <w:sz w:val="17"/>
        </w:rPr>
        <w:t>Variable: Autre_pr_ciser_001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${Unit_de_mesure_Riz} = 'autre__pr_ciser'</w:t>
        <w:br/>
      </w:r>
    </w:p>
    <w:p>
      <w:pPr>
        <w:jc w:val="left"/>
      </w:pPr>
      <w:r>
        <w:t>_______________</w:t>
      </w:r>
    </w:p>
    <w:p>
      <w:r>
        <w:rPr>
          <w:b/>
        </w:rPr>
        <w:t>8. Quantité consommée par semaine / Riz</w:t>
      </w:r>
    </w:p>
    <w:p>
      <w:pPr>
        <w:ind w:left="576"/>
      </w:pPr>
      <w:r>
        <w:rPr>
          <w:color w:val="6B7280"/>
          <w:sz w:val="17"/>
        </w:rPr>
        <w:t>Variable: Quantit_consomm_e_par_semaine_Riz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9. Prix unitaire / Riz</w:t>
      </w:r>
    </w:p>
    <w:p>
      <w:pPr>
        <w:ind w:left="576"/>
      </w:pPr>
      <w:r>
        <w:rPr>
          <w:color w:val="6B7280"/>
          <w:sz w:val="17"/>
        </w:rPr>
        <w:t>Variable: Prix_unitaire_Riz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10. Disponibilité sur le marché / Riz</w:t>
      </w:r>
    </w:p>
    <w:p>
      <w:pPr>
        <w:ind w:left="576"/>
      </w:pPr>
      <w:r>
        <w:rPr>
          <w:color w:val="6B7280"/>
          <w:sz w:val="17"/>
        </w:rPr>
        <w:t>Variable: Disponibilit_sur_le_march_Riz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Disponible (disponible), Rupture partielle (rupture_partielle), Rupture totale (rupture_totale), Option 4 (option_4)</w:t>
      </w:r>
    </w:p>
    <w:p>
      <w:pPr>
        <w:jc w:val="left"/>
      </w:pPr>
      <w:r>
        <w:t>_______________</w:t>
      </w:r>
    </w:p>
    <w:p>
      <w:r>
        <w:rPr>
          <w:b/>
        </w:rPr>
        <w:t>11. Origine du produit / Riz</w:t>
      </w:r>
    </w:p>
    <w:p>
      <w:pPr>
        <w:ind w:left="576"/>
      </w:pPr>
      <w:r>
        <w:rPr>
          <w:color w:val="6B7280"/>
          <w:sz w:val="17"/>
        </w:rPr>
        <w:t>Variable: Origine_du_produit_Riz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Local (local), Importé (import)</w:t>
      </w:r>
    </w:p>
    <w:p>
      <w:pPr>
        <w:jc w:val="left"/>
      </w:pPr>
      <w:r>
        <w:t>_______________</w:t>
      </w:r>
    </w:p>
    <w:p>
      <w:r>
        <w:rPr>
          <w:b/>
        </w:rPr>
        <w:t>12. Dépense totale alimentaire hebdomadaire (7 Derniers jours)</w:t>
      </w:r>
    </w:p>
    <w:p>
      <w:pPr>
        <w:ind w:left="576"/>
      </w:pPr>
      <w:r>
        <w:rPr>
          <w:color w:val="6B7280"/>
          <w:sz w:val="17"/>
        </w:rPr>
        <w:t>Variable: D_pense_totale_alime_re_7_Derniers_jours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13. Variation des dépenses alimentaires depuis le mois précédent</w:t>
      </w:r>
    </w:p>
    <w:p>
      <w:pPr>
        <w:ind w:left="576"/>
      </w:pPr>
      <w:r>
        <w:rPr>
          <w:color w:val="6B7280"/>
          <w:sz w:val="17"/>
        </w:rPr>
        <w:t>Variable: Variation_des_d_pens_is_le_mois_pr_c_dent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Augmenté (augment), Diminué (diminu), Stable (stable)</w:t>
      </w:r>
    </w:p>
    <w:p>
      <w:pPr>
        <w:jc w:val="left"/>
      </w:pPr>
      <w:r>
        <w:t>_______________</w:t>
      </w:r>
    </w:p>
    <w:p>
      <w:r>
        <w:rPr>
          <w:b/>
        </w:rPr>
        <w:t>14. Part du budget du ménage consacré à l’alimentation (en %)</w:t>
      </w:r>
    </w:p>
    <w:p>
      <w:pPr>
        <w:ind w:left="576"/>
      </w:pPr>
      <w:r>
        <w:rPr>
          <w:color w:val="6B7280"/>
          <w:sz w:val="17"/>
        </w:rPr>
        <w:t>Variable: Part_du_budget_du_m_l_alimentation_en_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15. Dépenses contraintes mensuelles / Loyer</w:t>
      </w:r>
    </w:p>
    <w:p>
      <w:pPr>
        <w:ind w:left="576"/>
      </w:pPr>
      <w:r>
        <w:rPr>
          <w:color w:val="6B7280"/>
          <w:sz w:val="17"/>
        </w:rPr>
        <w:t>Variable: D_penses_contraintes_mensuelles_Loyer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16. Dépenses contraintes mensuelles / Eau</w:t>
      </w:r>
    </w:p>
    <w:p>
      <w:pPr>
        <w:ind w:left="576"/>
      </w:pPr>
      <w:r>
        <w:rPr>
          <w:color w:val="6B7280"/>
          <w:sz w:val="17"/>
        </w:rPr>
        <w:t>Variable: D_penses_contraintes_mensuelles_Eau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17. Dépenses contraintes mensuelles / Électricité</w:t>
      </w:r>
    </w:p>
    <w:p>
      <w:pPr>
        <w:ind w:left="576"/>
      </w:pPr>
      <w:r>
        <w:rPr>
          <w:color w:val="6B7280"/>
          <w:sz w:val="17"/>
        </w:rPr>
        <w:t>Variable: D_penses_contraintes_suelles_lectricit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18. Dépenses contraintes mensuelles / Transport</w:t>
      </w:r>
    </w:p>
    <w:p>
      <w:pPr>
        <w:ind w:left="576"/>
      </w:pPr>
      <w:r>
        <w:rPr>
          <w:color w:val="6B7280"/>
          <w:sz w:val="17"/>
        </w:rPr>
        <w:t>Variable: D_penses_contraintes_nsuelles_Transport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19. Dépenses contraintes mensuelles / Santé</w:t>
      </w:r>
    </w:p>
    <w:p>
      <w:pPr>
        <w:ind w:left="576"/>
      </w:pPr>
      <w:r>
        <w:rPr>
          <w:color w:val="6B7280"/>
          <w:sz w:val="17"/>
        </w:rPr>
        <w:t>Variable: D_penses_contraintes_mensuelles_Sant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20. Dépenses contraintes mensuelles / Scolarité</w:t>
      </w:r>
    </w:p>
    <w:p>
      <w:pPr>
        <w:ind w:left="576"/>
      </w:pPr>
      <w:r>
        <w:rPr>
          <w:color w:val="6B7280"/>
          <w:sz w:val="17"/>
        </w:rPr>
        <w:t>Variable: D_penses_contraintes_ensuelles_Scolarit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21. Niveau de pauvreté perçu</w:t>
      </w:r>
    </w:p>
    <w:p>
      <w:pPr>
        <w:ind w:left="576"/>
      </w:pPr>
      <w:r>
        <w:rPr>
          <w:color w:val="6B7280"/>
          <w:sz w:val="17"/>
        </w:rPr>
        <w:t>Variable: Niveau_de_pauvret_per_u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Pauvre (pauvre), Moyen (moyen), Aisé (ais)</w:t>
      </w:r>
    </w:p>
    <w:p>
      <w:pPr>
        <w:jc w:val="left"/>
      </w:pPr>
      <w:r>
        <w:t>_______________</w:t>
      </w:r>
    </w:p>
    <w:p>
      <w:r>
        <w:rPr>
          <w:b/>
        </w:rPr>
        <w:t>22. Réduction de la consommation alimentaire pour raisons financières (dernière semaine)</w:t>
      </w:r>
    </w:p>
    <w:p>
      <w:pPr>
        <w:ind w:left="576"/>
      </w:pPr>
      <w:r>
        <w:rPr>
          <w:color w:val="6B7280"/>
          <w:sz w:val="17"/>
        </w:rPr>
        <w:t>Variable: R_duction_de_la_cons_es_derni_re_semaine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>
      <w:r>
        <w:rPr>
          <w:b/>
        </w:rPr>
        <w:t>23. Combien de jours avez-vous consommé ce groupe alimentaire au cours des 7 derniers jours ? / Céréales, tubercules</w:t>
      </w:r>
    </w:p>
    <w:p>
      <w:pPr>
        <w:ind w:left="576"/>
      </w:pPr>
      <w:r>
        <w:rPr>
          <w:color w:val="6B7280"/>
          <w:sz w:val="17"/>
        </w:rPr>
        <w:t>Variable: Combien_de_jours_ave_C_r_ales_tubercules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24. Combien de jours avez-vous consommé ce groupe alimentaire au cours des 7 derniers jours ? / Légumineuses</w:t>
      </w:r>
    </w:p>
    <w:p>
      <w:pPr>
        <w:ind w:left="576"/>
      </w:pPr>
      <w:r>
        <w:rPr>
          <w:color w:val="6B7280"/>
          <w:sz w:val="17"/>
        </w:rPr>
        <w:t>Variable: Combien_de_jours_ave_urs_L_gumineuses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25. Combien de jours avez-vous consommé ce groupe alimentaire au cours des 7 derniers jours ? / Lait et produits laitiers</w:t>
      </w:r>
    </w:p>
    <w:p>
      <w:pPr>
        <w:ind w:left="576"/>
      </w:pPr>
      <w:r>
        <w:rPr>
          <w:color w:val="6B7280"/>
          <w:sz w:val="17"/>
        </w:rPr>
        <w:t>Variable: Combien_de_jours_ave_et_produits_laitiers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26. Combien de jours avez-vous consommé ce groupe alimentaire au cours des 7 derniers jours ? / Viande, poisson, œufs</w:t>
      </w:r>
    </w:p>
    <w:p>
      <w:pPr>
        <w:ind w:left="576"/>
      </w:pPr>
      <w:r>
        <w:rPr>
          <w:color w:val="6B7280"/>
          <w:sz w:val="17"/>
        </w:rPr>
        <w:t>Variable: Combien_de_jours_ave_iande_poisson_ufs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27. Combien de jours avez-vous consommé ce groupe alimentaire au cours des 7 derniers jours ? / Légumes</w:t>
      </w:r>
    </w:p>
    <w:p>
      <w:pPr>
        <w:ind w:left="576"/>
      </w:pPr>
      <w:r>
        <w:rPr>
          <w:color w:val="6B7280"/>
          <w:sz w:val="17"/>
        </w:rPr>
        <w:t>Variable: Combien_de_jours_ave_rs_jours_L_gumes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28. Combien de jours avez-vous consommé ce groupe alimentaire au cours des 7 derniers jours ? / Fruits</w:t>
      </w:r>
    </w:p>
    <w:p>
      <w:pPr>
        <w:ind w:left="576"/>
      </w:pPr>
      <w:r>
        <w:rPr>
          <w:color w:val="6B7280"/>
          <w:sz w:val="17"/>
        </w:rPr>
        <w:t>Variable: Combien_de_jours_ave_ers_jours_Fruits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29. Combien de jours avez-vous consommé ce groupe alimentaire au cours des 7 derniers jours ? / Huiles et graisses</w:t>
      </w:r>
    </w:p>
    <w:p>
      <w:pPr>
        <w:ind w:left="576"/>
      </w:pPr>
      <w:r>
        <w:rPr>
          <w:color w:val="6B7280"/>
          <w:sz w:val="17"/>
        </w:rPr>
        <w:t>Variable: Combien_de_jours_ave_Huiles_et_graisses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30. Combien de jours avez-vous consommé ce groupe alimentaire au cours des 7 derniers jours ? / Sucre</w:t>
      </w:r>
    </w:p>
    <w:p>
      <w:pPr>
        <w:ind w:left="576"/>
      </w:pPr>
      <w:r>
        <w:rPr>
          <w:color w:val="6B7280"/>
          <w:sz w:val="17"/>
        </w:rPr>
        <w:t>Variable: Combien_de_jours_ave_iers_jours_Sucre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31. Combien de jours avez-vous consommé ce groupe alimentaire au cours des 7 derniers jours ? / Condiments</w:t>
      </w:r>
    </w:p>
    <w:p>
      <w:pPr>
        <w:ind w:left="576"/>
      </w:pPr>
      <w:r>
        <w:rPr>
          <w:color w:val="6B7280"/>
          <w:sz w:val="17"/>
        </w:rPr>
        <w:t>Variable: Combien_de_jours_ave_jours_Condiments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32. Au cours des 7 derniers jours, à quelle fréquence avez-vous utilisé les stratégies suivantes pour faire face au manque de nourriture ? / Consommer des aliments moins préférés</w:t>
      </w:r>
    </w:p>
    <w:p>
      <w:pPr>
        <w:ind w:left="576"/>
      </w:pPr>
      <w:r>
        <w:rPr>
          <w:color w:val="6B7280"/>
          <w:sz w:val="17"/>
        </w:rPr>
        <w:t>Variable: Au_cours_des_7_derni_ments_moins_pr_f_r_s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33. Au cours des 7 derniers jours, à quelle fréquence avez-vous utilisé les stratégies suivantes pour faire face au manque de nourriture ? / Réduire les portions des repas</w:t>
      </w:r>
    </w:p>
    <w:p>
      <w:pPr>
        <w:ind w:left="576"/>
      </w:pPr>
      <w:r>
        <w:rPr>
          <w:color w:val="6B7280"/>
          <w:sz w:val="17"/>
        </w:rPr>
        <w:t>Variable: Au_cours_des_7_derni_s_portions_des_repas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34. Au cours des 7 derniers jours, à quelle fréquence avez-vous utilisé les stratégies suivantes pour faire face au manque de nourriture ? / Réduire le nombre de repas par jour</w:t>
      </w:r>
    </w:p>
    <w:p>
      <w:pPr>
        <w:ind w:left="576"/>
      </w:pPr>
      <w:r>
        <w:rPr>
          <w:color w:val="6B7280"/>
          <w:sz w:val="17"/>
        </w:rPr>
        <w:t>Variable: Au_cours_des_7_derni_re_de_repas_par_jour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35. Au cours des 7 derniers jours, à quelle fréquence avez-vous utilisé les stratégies suivantes pour faire face au manque de nourriture ? / Réduire la consommation des adultes pour préserver les enfants</w:t>
      </w:r>
    </w:p>
    <w:p>
      <w:pPr>
        <w:ind w:left="576"/>
      </w:pPr>
      <w:r>
        <w:rPr>
          <w:color w:val="6B7280"/>
          <w:sz w:val="17"/>
        </w:rPr>
        <w:t>Variable: Au_cours_des_7_derni_r_server_les_enfants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36. Au cours des 7 derniers jours, à quelle fréquence avez-vous utilisé les stratégies suivantes pour faire face au manque de nourriture ? / Emprunter de la nourriture ou demander de l’aide</w:t>
      </w:r>
    </w:p>
    <w:p>
      <w:pPr>
        <w:ind w:left="576"/>
      </w:pPr>
      <w:r>
        <w:rPr>
          <w:color w:val="6B7280"/>
          <w:sz w:val="17"/>
        </w:rPr>
        <w:t>Variable: Au_cours_des_7_derni_u_demander_de_l_aide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37. Emprunter de l’argent</w:t>
      </w:r>
    </w:p>
    <w:p>
      <w:pPr>
        <w:ind w:left="576"/>
      </w:pPr>
      <w:r>
        <w:rPr>
          <w:color w:val="6B7280"/>
          <w:sz w:val="17"/>
        </w:rPr>
        <w:t>Variable: Emprunter_de_l_argent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>
      <w:r>
        <w:rPr>
          <w:b/>
        </w:rPr>
        <w:t>38. Vendre des biens non essentiels</w:t>
      </w:r>
    </w:p>
    <w:p>
      <w:pPr>
        <w:ind w:left="576"/>
      </w:pPr>
      <w:r>
        <w:rPr>
          <w:color w:val="6B7280"/>
          <w:sz w:val="17"/>
        </w:rPr>
        <w:t>Variable: Vendre_des_biens_non_essentiels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>
      <w:r>
        <w:rPr>
          <w:b/>
        </w:rPr>
        <w:t>39. Réduire les dépenses essentielles (santé, éducation)</w:t>
      </w:r>
    </w:p>
    <w:p>
      <w:pPr>
        <w:ind w:left="576"/>
      </w:pPr>
      <w:r>
        <w:rPr>
          <w:color w:val="6B7280"/>
          <w:sz w:val="17"/>
        </w:rPr>
        <w:t>Variable: R_duire_les_d_penses_les_sant_ducation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>
      <w:r>
        <w:rPr>
          <w:b/>
        </w:rPr>
        <w:t>40. Vendre du bétail essentiel</w:t>
      </w:r>
    </w:p>
    <w:p>
      <w:pPr>
        <w:ind w:left="576"/>
      </w:pPr>
      <w:r>
        <w:rPr>
          <w:color w:val="6B7280"/>
          <w:sz w:val="17"/>
        </w:rPr>
        <w:t>Variable: Vendre_du_b_tail_essentiel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>
      <w:r>
        <w:rPr>
          <w:b/>
        </w:rPr>
        <w:t>41. Réduire les dépenses de production agricole</w:t>
      </w:r>
    </w:p>
    <w:p>
      <w:pPr>
        <w:ind w:left="576"/>
      </w:pPr>
      <w:r>
        <w:rPr>
          <w:color w:val="6B7280"/>
          <w:sz w:val="17"/>
        </w:rPr>
        <w:t>Variable: R_duire_les_d_penses_production_agricole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>
      <w:r>
        <w:rPr>
          <w:b/>
        </w:rPr>
        <w:t>42. Vendre des outils</w:t>
      </w:r>
    </w:p>
    <w:p>
      <w:pPr>
        <w:ind w:left="576"/>
      </w:pPr>
      <w:r>
        <w:rPr>
          <w:color w:val="6B7280"/>
          <w:sz w:val="17"/>
        </w:rPr>
        <w:t>Variable: Vendre_des_outils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>
      <w:r>
        <w:rPr>
          <w:b/>
        </w:rPr>
        <w:t>43. Vente de terres</w:t>
      </w:r>
    </w:p>
    <w:p>
      <w:pPr>
        <w:ind w:left="576"/>
      </w:pPr>
      <w:r>
        <w:rPr>
          <w:color w:val="6B7280"/>
          <w:sz w:val="17"/>
        </w:rPr>
        <w:t>Variable: Vente_de_terres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>
      <w:r>
        <w:rPr>
          <w:b/>
        </w:rPr>
        <w:t>44. Mendicité</w:t>
      </w:r>
    </w:p>
    <w:p>
      <w:pPr>
        <w:ind w:left="576"/>
      </w:pPr>
      <w:r>
        <w:rPr>
          <w:color w:val="6B7280"/>
          <w:sz w:val="17"/>
        </w:rPr>
        <w:t>Variable: Mendicit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>
      <w:r>
        <w:rPr>
          <w:b/>
        </w:rPr>
        <w:t>45. Retirer les enfants de l’école</w:t>
      </w:r>
    </w:p>
    <w:p>
      <w:pPr>
        <w:ind w:left="576"/>
      </w:pPr>
      <w:r>
        <w:rPr>
          <w:color w:val="6B7280"/>
          <w:sz w:val="17"/>
        </w:rPr>
        <w:t>Variable: Retirer_les_enfants_de_l_cole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>
      <w:r>
        <w:rPr>
          <w:b/>
        </w:rPr>
        <w:t>46. Se déplacer pour chercher travail/aliments</w:t>
      </w:r>
    </w:p>
    <w:p>
      <w:pPr>
        <w:ind w:left="576"/>
      </w:pPr>
      <w:r>
        <w:rPr>
          <w:color w:val="6B7280"/>
          <w:sz w:val="17"/>
        </w:rPr>
        <w:t>Variable: Se_d_placer_pour_che_her_travail_aliments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/>
    <w:p>
      <w:r>
        <w:rPr>
          <w:b/>
          <w:color w:val="F59E0B"/>
          <w:sz w:val="28"/>
        </w:rPr>
        <w:t>Questionnaire : 5.2 Taux de chômage et sous-emploi</w:t>
      </w:r>
    </w:p>
    <w:p>
      <w:r>
        <w:t>UID : aeNzzruEAurbhgHCBToLyD</w:t>
      </w:r>
    </w:p>
    <w:p/>
    <w:p>
      <w:r>
        <w:rPr>
          <w:b/>
        </w:rPr>
        <w:t>1. Quartier/zone</w:t>
      </w:r>
    </w:p>
    <w:p>
      <w:pPr>
        <w:ind w:left="576"/>
      </w:pPr>
      <w:r>
        <w:rPr>
          <w:color w:val="6B7280"/>
          <w:sz w:val="17"/>
        </w:rPr>
        <w:t>Variable: Quartier_zone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Quartier Les Volcans (quartier_les_volcans), Quartier Mikeno (quartier_mikeno), Quartier Mapendo (quartier_mapendo), Quartier Katindo (quartier_katindo), Quartier Himbi (quartier_himbi), Quartier Keshero (quartier_keshero), Quartier Lac Vert (quartier_lac_vert), Quartier Kahembe (quartier_kahembe), Quartier Murara (quartier_murara), Quartier Bujovu (quartier_bujovu), Quartier Majengo (quartier_majengo), Quartier Mabanga nord (quartier_mabanga_nord), Quartier Mabanga sud (quartier_mabanga_sud), Quartier Kasika (quartier_kasika), Quartier Katoyi (quartier_katoyi), Quartier Ndosho (quartier_ndosho), Quartier Mugunga (quartier_mugunga), Quartier Virunga (quartier_virunga)</w:t>
      </w:r>
    </w:p>
    <w:p>
      <w:pPr>
        <w:jc w:val="left"/>
      </w:pPr>
      <w:r>
        <w:t>_______________</w:t>
      </w:r>
    </w:p>
    <w:p>
      <w:r>
        <w:rPr>
          <w:b/>
        </w:rPr>
        <w:t>2. A2. Sexe</w:t>
      </w:r>
    </w:p>
    <w:p>
      <w:pPr>
        <w:ind w:left="576"/>
      </w:pPr>
      <w:r>
        <w:rPr>
          <w:color w:val="6B7280"/>
          <w:sz w:val="17"/>
        </w:rPr>
        <w:t>Variable: A2_Sexe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Masculin (masculin), Féminin (f_minin)</w:t>
      </w:r>
    </w:p>
    <w:p>
      <w:pPr>
        <w:jc w:val="left"/>
      </w:pPr>
      <w:r>
        <w:t>_______________</w:t>
      </w:r>
    </w:p>
    <w:p>
      <w:r>
        <w:rPr>
          <w:b/>
        </w:rPr>
        <w:t>3. A3. Âge</w:t>
      </w:r>
    </w:p>
    <w:p>
      <w:pPr>
        <w:ind w:left="576"/>
      </w:pPr>
      <w:r>
        <w:rPr>
          <w:color w:val="6B7280"/>
          <w:sz w:val="17"/>
        </w:rPr>
        <w:t>Variable: A3_ge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4. A4. Groupe d’âge</w:t>
      </w:r>
    </w:p>
    <w:p>
      <w:pPr>
        <w:ind w:left="576"/>
      </w:pPr>
      <w:r>
        <w:rPr>
          <w:color w:val="6B7280"/>
          <w:sz w:val="17"/>
        </w:rPr>
        <w:t>Variable: A4_Groupe_d_ge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15–24 ans (15_24_ans), 25–34 ans (25_34_ans), 35–49 ans (35_49_ans), 50–64 ans (50_64_ans), 65+ ans (65__ans)</w:t>
      </w:r>
    </w:p>
    <w:p>
      <w:pPr>
        <w:jc w:val="left"/>
      </w:pPr>
      <w:r>
        <w:t>_______________</w:t>
      </w:r>
    </w:p>
    <w:p>
      <w:r>
        <w:rPr>
          <w:b/>
        </w:rPr>
        <w:t>5. A5. Niveau d’études</w:t>
      </w:r>
    </w:p>
    <w:p>
      <w:pPr>
        <w:ind w:left="576"/>
      </w:pPr>
      <w:r>
        <w:rPr>
          <w:color w:val="6B7280"/>
          <w:sz w:val="17"/>
        </w:rPr>
        <w:t>Variable: A5_Niveau_d_tudes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Sans instruction (sans_instruction), Primaire (primaire), Secondaire (secondaire), Professionnel / technique (professionnel___technique), Universitaire (licence) (universitaire__licence), Master / doctorat (master___doctorat), Autre (préciser) (autre__pr_ciser)</w:t>
      </w:r>
    </w:p>
    <w:p>
      <w:pPr>
        <w:jc w:val="left"/>
      </w:pPr>
      <w:r>
        <w:t>_______________</w:t>
      </w:r>
    </w:p>
    <w:p>
      <w:r>
        <w:rPr>
          <w:b/>
        </w:rPr>
        <w:t>6. B1. Statut actuel d’activité</w:t>
      </w:r>
    </w:p>
    <w:p>
      <w:pPr>
        <w:ind w:left="576"/>
      </w:pPr>
      <w:r>
        <w:rPr>
          <w:color w:val="6B7280"/>
          <w:sz w:val="17"/>
        </w:rPr>
        <w:t>Variable: B1_Statut_actuel_d_activit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Employé (employ), Travailleur indépendant (travailleur_ind_pendant), Travailleur informel (travailleur_informel), Sous-employé (sous_employ), Chômeur (ch_meur), Saisonnier (saisonnier), Étudiant (_tudiant), Retraité (retrait), Personne au foyer (personne_au_foyer), Incapacité / maladie (incapacit____maladie), Autre (préciser) (autre__pr_ciser)</w:t>
      </w:r>
    </w:p>
    <w:p>
      <w:pPr>
        <w:jc w:val="left"/>
      </w:pPr>
      <w:r>
        <w:t>_______________</w:t>
      </w:r>
    </w:p>
    <w:p>
      <w:r>
        <w:rPr>
          <w:b/>
        </w:rPr>
        <w:t>7. Autre (préciser)</w:t>
      </w:r>
    </w:p>
    <w:p>
      <w:pPr>
        <w:ind w:left="576"/>
      </w:pPr>
      <w:r>
        <w:rPr>
          <w:color w:val="6B7280"/>
          <w:sz w:val="17"/>
        </w:rPr>
        <w:t>Variable: Autre_pr_ciser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${B1_Statut_actuel_d_activit} = 'autre__pr_ciser'</w:t>
        <w:br/>
      </w:r>
    </w:p>
    <w:p>
      <w:pPr>
        <w:jc w:val="left"/>
      </w:pPr>
      <w:r>
        <w:t>_______________</w:t>
      </w:r>
    </w:p>
    <w:p>
      <w:r>
        <w:rPr>
          <w:b/>
        </w:rPr>
        <w:t>8. B2. Profession / activité principale</w:t>
      </w:r>
    </w:p>
    <w:p>
      <w:pPr>
        <w:ind w:left="576"/>
      </w:pPr>
      <w:r>
        <w:rPr>
          <w:color w:val="6B7280"/>
          <w:sz w:val="17"/>
        </w:rPr>
        <w:t>Variable: B2_Profession_activit_principale  |  Type: Réponse Ouverte  |  Obligatoire: Non</w:t>
      </w:r>
    </w:p>
    <w:p>
      <w:pPr>
        <w:jc w:val="left"/>
      </w:pPr>
      <w:r>
        <w:t>_______________</w:t>
      </w:r>
    </w:p>
    <w:p>
      <w:r>
        <w:rPr>
          <w:b/>
        </w:rPr>
        <w:t>9. B3. Type d’employeur</w:t>
      </w:r>
    </w:p>
    <w:p>
      <w:pPr>
        <w:ind w:left="576"/>
      </w:pPr>
      <w:r>
        <w:rPr>
          <w:color w:val="6B7280"/>
          <w:sz w:val="17"/>
        </w:rPr>
        <w:t>Variable: B3_Type_d_employeur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Secteur public (secteur_public), Secteur privé (secteur_priv), ONG / organisation internationale (ong___organisation_internation), Coopérative / association (coop_rative___association), Entreprise informelle (entreprise_informelle), Autre (préciser) (autre__pr_ciser)</w:t>
      </w:r>
    </w:p>
    <w:p>
      <w:pPr>
        <w:ind w:left="576"/>
      </w:pPr>
      <w:r>
        <w:rPr>
          <w:color w:val="4F46E5"/>
          <w:sz w:val="17"/>
        </w:rPr>
        <w:t>⚙️ Logique : ${B1_Statut_actuel_d_activit} = 'employ'</w:t>
        <w:br/>
      </w:r>
    </w:p>
    <w:p>
      <w:pPr>
        <w:jc w:val="left"/>
      </w:pPr>
      <w:r>
        <w:t>_______________</w:t>
      </w:r>
    </w:p>
    <w:p>
      <w:r>
        <w:rPr>
          <w:b/>
        </w:rPr>
        <w:t>10. Autre (préciser)</w:t>
      </w:r>
    </w:p>
    <w:p>
      <w:pPr>
        <w:ind w:left="576"/>
      </w:pPr>
      <w:r>
        <w:rPr>
          <w:color w:val="6B7280"/>
          <w:sz w:val="17"/>
        </w:rPr>
        <w:t>Variable: Autre_pr_ciser_001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${B3_Type_d_employeur} = 'autre__pr_ciser'</w:t>
        <w:br/>
      </w:r>
    </w:p>
    <w:p>
      <w:pPr>
        <w:jc w:val="left"/>
      </w:pPr>
      <w:r>
        <w:t>_______________</w:t>
      </w:r>
    </w:p>
    <w:p>
      <w:r>
        <w:rPr>
          <w:b/>
        </w:rPr>
        <w:t>11. B4. Type de contrat</w:t>
      </w:r>
    </w:p>
    <w:p>
      <w:pPr>
        <w:ind w:left="576"/>
      </w:pPr>
      <w:r>
        <w:rPr>
          <w:color w:val="6B7280"/>
          <w:sz w:val="17"/>
        </w:rPr>
        <w:t>Variable: B4_Type_de_contrat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Formelle – Permanent (formelle___permanent), Formelle – Temporaire / CDD (formelle___temporaire___cdd), Informelle – Permanent (informelle___permanent), Informelle – Temporaire (informelle___temporaire), Travail journalier / à la tâche (travail_journalier_____la_t_che), Pas de contrat écrit (pas_de_contrat__crit)</w:t>
      </w:r>
    </w:p>
    <w:p>
      <w:pPr>
        <w:ind w:left="576"/>
      </w:pPr>
      <w:r>
        <w:rPr>
          <w:color w:val="4F46E5"/>
          <w:sz w:val="17"/>
        </w:rPr>
        <w:t>⚙️ Logique : ${B1_Statut_actuel_d_activit} = 'employ'</w:t>
        <w:br/>
      </w:r>
    </w:p>
    <w:p>
      <w:pPr>
        <w:jc w:val="left"/>
      </w:pPr>
      <w:r>
        <w:t>_______________</w:t>
      </w:r>
    </w:p>
    <w:p>
      <w:r>
        <w:rPr>
          <w:b/>
        </w:rPr>
        <w:t>12. B5. Nombre d’heures travaillées par semaine</w:t>
      </w:r>
    </w:p>
    <w:p>
      <w:pPr>
        <w:ind w:left="576"/>
      </w:pPr>
      <w:r>
        <w:rPr>
          <w:color w:val="6B7280"/>
          <w:sz w:val="17"/>
        </w:rPr>
        <w:t>Variable: B5_Nombre_d_heures_vaill_es_par_semaine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13. B6. Salaire mensuel</w:t>
      </w:r>
    </w:p>
    <w:p>
      <w:pPr>
        <w:ind w:left="576"/>
      </w:pPr>
      <w:r>
        <w:rPr>
          <w:color w:val="6B7280"/>
          <w:sz w:val="17"/>
        </w:rPr>
        <w:t>Variable: B6_Salaire_mensuel  |  Type: Nombre Entier  |  Obligatoire: Non</w:t>
      </w:r>
    </w:p>
    <w:p>
      <w:pPr>
        <w:ind w:left="576"/>
      </w:pPr>
      <w:r>
        <w:rPr>
          <w:color w:val="4F46E5"/>
          <w:sz w:val="17"/>
        </w:rPr>
        <w:t>⚙️ Logique : ${B1_Statut_actuel_d_activit} = 'employ'</w:t>
        <w:br/>
      </w:r>
    </w:p>
    <w:p>
      <w:pPr>
        <w:jc w:val="left"/>
      </w:pPr>
      <w:r>
        <w:t>_______________</w:t>
      </w:r>
    </w:p>
    <w:p>
      <w:r>
        <w:rPr>
          <w:b/>
        </w:rPr>
        <w:t>14. B7. Nombre d’emplois cumulés</w:t>
      </w:r>
    </w:p>
    <w:p>
      <w:pPr>
        <w:ind w:left="576"/>
      </w:pPr>
      <w:r>
        <w:rPr>
          <w:color w:val="6B7280"/>
          <w:sz w:val="17"/>
        </w:rPr>
        <w:t>Variable: B7_Nombre_d_emplois_cumul_s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0 (0), 1 (1), 2 (2), 3 et plus (3_et_plus)</w:t>
      </w:r>
    </w:p>
    <w:p>
      <w:pPr>
        <w:jc w:val="left"/>
      </w:pPr>
      <w:r>
        <w:t>_______________</w:t>
      </w:r>
    </w:p>
    <w:p>
      <w:r>
        <w:rPr>
          <w:b/>
        </w:rPr>
        <w:t>15. B8. Activité informelle</w:t>
      </w:r>
    </w:p>
    <w:p>
      <w:pPr>
        <w:ind w:left="576"/>
      </w:pPr>
      <w:r>
        <w:rPr>
          <w:color w:val="6B7280"/>
          <w:sz w:val="17"/>
        </w:rPr>
        <w:t>Variable: B8_Activit_informelle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— activité principale (oui___activit__principale), Oui — activité secondaire (oui___activit__secondaire), Non (non)</w:t>
      </w:r>
    </w:p>
    <w:p>
      <w:pPr>
        <w:jc w:val="left"/>
      </w:pPr>
      <w:r>
        <w:t>_______________</w:t>
      </w:r>
    </w:p>
    <w:p>
      <w:r>
        <w:rPr>
          <w:b/>
        </w:rPr>
        <w:t>16. C1. Durée du chômage</w:t>
      </w:r>
    </w:p>
    <w:p>
      <w:pPr>
        <w:ind w:left="576"/>
      </w:pPr>
      <w:r>
        <w:rPr>
          <w:color w:val="6B7280"/>
          <w:sz w:val="17"/>
        </w:rPr>
        <w:t>Variable: C1_Dur_e_du_ch_mage  |  Type: Nombre Entier  |  Obligatoire: Non</w:t>
      </w:r>
    </w:p>
    <w:p>
      <w:pPr>
        <w:ind w:left="576"/>
      </w:pPr>
      <w:r>
        <w:rPr>
          <w:color w:val="4F46E5"/>
          <w:sz w:val="17"/>
        </w:rPr>
        <w:t>⚙️ Logique : ${B1_Statut_actuel_d_activit} = 'ch_meur' or ${B1_Statut_actuel_d_activit} = 'sous_employ'</w:t>
        <w:br/>
      </w:r>
    </w:p>
    <w:p>
      <w:pPr>
        <w:jc w:val="left"/>
      </w:pPr>
      <w:r>
        <w:t>_______________</w:t>
      </w:r>
    </w:p>
    <w:p>
      <w:r>
        <w:rPr>
          <w:b/>
        </w:rPr>
        <w:t>17. C2. A-t-il recherché activement un emploi durant les 4 dernières semaines ?</w:t>
      </w:r>
    </w:p>
    <w:p>
      <w:pPr>
        <w:ind w:left="576"/>
      </w:pPr>
      <w:r>
        <w:rPr>
          <w:color w:val="6B7280"/>
          <w:sz w:val="17"/>
        </w:rPr>
        <w:t>Variable: C2_A_t_il_recherch_activemen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ind w:left="576"/>
      </w:pPr>
      <w:r>
        <w:rPr>
          <w:color w:val="4F46E5"/>
          <w:sz w:val="17"/>
        </w:rPr>
        <w:t>⚙️ Logique : ${B1_Statut_actuel_d_activit} = 'sous_employ' or ${B1_Statut_actuel_d_activit} = 'ch_meur'</w:t>
        <w:br/>
      </w:r>
    </w:p>
    <w:p>
      <w:pPr>
        <w:jc w:val="left"/>
      </w:pPr>
      <w:r>
        <w:t>_______________</w:t>
      </w:r>
    </w:p>
    <w:p>
      <w:r>
        <w:rPr>
          <w:b/>
        </w:rPr>
        <w:t>18. C3. Si oui, modes de recherche d’emploi</w:t>
      </w:r>
    </w:p>
    <w:p>
      <w:pPr>
        <w:ind w:left="576"/>
      </w:pPr>
      <w:r>
        <w:rPr>
          <w:color w:val="6B7280"/>
          <w:sz w:val="17"/>
        </w:rPr>
        <w:t>Variable: C3_Si_oui_modes_de_recherche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Réseaux sociaux / Internet (r_seaux_sociaux___internet), Contact direct d’un employeur (contact_direct_d_un_employeur), Appels téléphoniques / visites en entreprise (appels_t_l_phoniques___visites), Agence nationale de l’emploi (agence_nationale_de_l_emploi), Appels d’offre / concours (appels_d_offre___concours), Recommandations familiales (recommandations_familiales), Autres (préciser) (autres__pr_ciser)</w:t>
      </w:r>
    </w:p>
    <w:p>
      <w:pPr>
        <w:ind w:left="576"/>
      </w:pPr>
      <w:r>
        <w:rPr>
          <w:color w:val="4F46E5"/>
          <w:sz w:val="17"/>
        </w:rPr>
        <w:t>⚙️ Logique : ${C2_A_t_il_recherch_activemen} = 'oui'</w:t>
        <w:br/>
      </w:r>
    </w:p>
    <w:p>
      <w:pPr>
        <w:jc w:val="left"/>
      </w:pPr>
      <w:r>
        <w:t>_______________</w:t>
      </w:r>
    </w:p>
    <w:p>
      <w:r>
        <w:rPr>
          <w:b/>
        </w:rPr>
        <w:t>19. Autres (préciser)</w:t>
      </w:r>
    </w:p>
    <w:p>
      <w:pPr>
        <w:ind w:left="576"/>
      </w:pPr>
      <w:r>
        <w:rPr>
          <w:color w:val="6B7280"/>
          <w:sz w:val="17"/>
        </w:rPr>
        <w:t>Variable: Autres_pr_ciser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selected(${C3_Si_oui_modes_de_recherche}, 'autres__pr_ciser')</w:t>
        <w:br/>
      </w:r>
    </w:p>
    <w:p>
      <w:pPr>
        <w:jc w:val="left"/>
      </w:pPr>
      <w:r>
        <w:t>_______________</w:t>
      </w:r>
    </w:p>
    <w:p>
      <w:r>
        <w:rPr>
          <w:b/>
        </w:rPr>
        <w:t>20. C4. Raison principale du chômage</w:t>
      </w:r>
    </w:p>
    <w:p>
      <w:pPr>
        <w:ind w:left="576"/>
      </w:pPr>
      <w:r>
        <w:rPr>
          <w:color w:val="6B7280"/>
          <w:sz w:val="17"/>
        </w:rPr>
        <w:t>Variable: C4_Raison_principale_du_ch_ma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Absence d’offres d’emploi (absence_d_offres_d_emploi), Manque de compétences (manque_de_comp_tences), Faible niveau d’études (faible_niveau_d_tudes), Conflit / insécurité (conflit___ins_curit), Fermeture ou faillite de l’employeur (fermeture_ou_faillite_de_l_emp), Maladie / incapacité (maladie___incapacit), Grossesse / maternité (grossesse___maternit), Discrimination (discrimination), Mobilité limitée (distance, transport, coût) (mobilit__limit_e__distance__tr), Autre (préciser) (autre__pr_ciser)</w:t>
      </w:r>
    </w:p>
    <w:p>
      <w:pPr>
        <w:ind w:left="576"/>
      </w:pPr>
      <w:r>
        <w:rPr>
          <w:color w:val="4F46E5"/>
          <w:sz w:val="17"/>
        </w:rPr>
        <w:t>⚙️ Logique : ${B1_Statut_actuel_d_activit} = 'sous_employ' or ${B1_Statut_actuel_d_activit} = 'ch_meur'</w:t>
        <w:br/>
      </w:r>
    </w:p>
    <w:p>
      <w:pPr>
        <w:jc w:val="left"/>
      </w:pPr>
      <w:r>
        <w:t>_______________</w:t>
      </w:r>
    </w:p>
    <w:p>
      <w:r>
        <w:rPr>
          <w:b/>
        </w:rPr>
        <w:t>21. Autre (préciser)</w:t>
      </w:r>
    </w:p>
    <w:p>
      <w:pPr>
        <w:ind w:left="576"/>
      </w:pPr>
      <w:r>
        <w:rPr>
          <w:color w:val="6B7280"/>
          <w:sz w:val="17"/>
        </w:rPr>
        <w:t>Variable: Autre_pr_ciser_002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${C4_Raison_principale_du_ch_ma} = 'autre__pr_ciser'</w:t>
        <w:br/>
      </w:r>
    </w:p>
    <w:p>
      <w:pPr>
        <w:jc w:val="left"/>
      </w:pPr>
      <w:r>
        <w:t>_______________</w:t>
      </w:r>
    </w:p>
    <w:p>
      <w:r>
        <w:rPr>
          <w:b/>
        </w:rPr>
        <w:t>22. C5. Disponibilité à travailler immédiatement</w:t>
      </w:r>
    </w:p>
    <w:p>
      <w:pPr>
        <w:ind w:left="576"/>
      </w:pPr>
      <w:r>
        <w:rPr>
          <w:color w:val="6B7280"/>
          <w:sz w:val="17"/>
        </w:rPr>
        <w:t>Variable: C5_Disponibilit_ailler_imm_diatement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ind w:left="576"/>
      </w:pPr>
      <w:r>
        <w:rPr>
          <w:color w:val="4F46E5"/>
          <w:sz w:val="17"/>
        </w:rPr>
        <w:t>⚙️ Logique : ${B1_Statut_actuel_d_activit} = 'sous_employ' or ${B1_Statut_actuel_d_activit} = 'ch_meur'</w:t>
        <w:br/>
      </w:r>
    </w:p>
    <w:p>
      <w:pPr>
        <w:jc w:val="left"/>
      </w:pPr>
      <w:r>
        <w:t>_______________</w:t>
      </w:r>
    </w:p>
    <w:p>
      <w:r>
        <w:rPr>
          <w:b/>
        </w:rPr>
        <w:t>23. C6. Type d’emploi recherché</w:t>
      </w:r>
    </w:p>
    <w:p>
      <w:pPr>
        <w:ind w:left="576"/>
      </w:pPr>
      <w:r>
        <w:rPr>
          <w:color w:val="6B7280"/>
          <w:sz w:val="17"/>
        </w:rPr>
        <w:t>Variable: C6_Type_d_emploi_recherch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Temps plein (temps_plein), Temps partiel (temps_partiel), Travail temporaire (travail_temporaire), Travail journalier (travail_journalier), Télétravail (t_l_travail), Informel (informel), Indifférent (indiff_rent)</w:t>
      </w:r>
    </w:p>
    <w:p>
      <w:pPr>
        <w:ind w:left="576"/>
      </w:pPr>
      <w:r>
        <w:rPr>
          <w:color w:val="4F46E5"/>
          <w:sz w:val="17"/>
        </w:rPr>
        <w:t>⚙️ Logique : ${B1_Statut_actuel_d_activit} = 'sous_employ' or ${B1_Statut_actuel_d_activit} = 'ch_meur'</w:t>
        <w:br/>
      </w:r>
    </w:p>
    <w:p>
      <w:pPr>
        <w:jc w:val="left"/>
      </w:pPr>
      <w:r>
        <w:t>_______________</w:t>
      </w:r>
    </w:p>
    <w:p>
      <w:r>
        <w:rPr>
          <w:b/>
        </w:rPr>
        <w:t>24. D1. Dépendance économique du ménage</w:t>
      </w:r>
    </w:p>
    <w:p>
      <w:pPr>
        <w:ind w:left="576"/>
      </w:pPr>
      <w:r>
        <w:rPr>
          <w:color w:val="6B7280"/>
          <w:sz w:val="17"/>
        </w:rPr>
        <w:t>Variable: D1_D_pendance_conomique_du_m_nage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25. D2. Insécurité d’emploi ressentie</w:t>
      </w:r>
    </w:p>
    <w:p>
      <w:pPr>
        <w:ind w:left="576"/>
      </w:pPr>
      <w:r>
        <w:rPr>
          <w:color w:val="6B7280"/>
          <w:sz w:val="17"/>
        </w:rPr>
        <w:t>Variable: D2_Ins_curit_d_emploi_ressentie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Faible (faible), Moyenne (moyenne), Élevée (_lev_e)</w:t>
      </w:r>
    </w:p>
    <w:p>
      <w:pPr>
        <w:jc w:val="left"/>
      </w:pPr>
      <w:r>
        <w:t>_______________</w:t>
      </w:r>
    </w:p>
    <w:p>
      <w:r>
        <w:rPr>
          <w:b/>
        </w:rPr>
        <w:t>26. D3. Satisfaction vis-à-vis des opportunités d’emploi locales</w:t>
      </w:r>
    </w:p>
    <w:p>
      <w:pPr>
        <w:ind w:left="576"/>
      </w:pPr>
      <w:r>
        <w:rPr>
          <w:color w:val="6B7280"/>
          <w:sz w:val="17"/>
        </w:rPr>
        <w:t>Variable: D3_Satisfaction_vis_t_s_d_emploi_locales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Très insatisfait (tr_s_insatisfait), Insatisfait (insatisfait), Neutre (neutre), Satisfait (satisfait), Très satisfait (tr_s_satisfait)</w:t>
      </w:r>
    </w:p>
    <w:p>
      <w:pPr>
        <w:jc w:val="left"/>
      </w:pPr>
      <w:r>
        <w:t>_______________</w:t>
      </w:r>
    </w:p>
    <w:p/>
    <w:p>
      <w:r>
        <w:rPr>
          <w:b/>
          <w:color w:val="F59E0B"/>
          <w:sz w:val="28"/>
        </w:rPr>
        <w:t>Questionnaire : 5.5 Taux d’accès aux services financiers</w:t>
      </w:r>
    </w:p>
    <w:p>
      <w:r>
        <w:t>UID : aGWjBzNkfaRZ7DYKFcGKLX</w:t>
      </w:r>
    </w:p>
    <w:p/>
    <w:p>
      <w:r>
        <w:rPr>
          <w:b/>
        </w:rPr>
        <w:t>1. Quartier/zone</w:t>
      </w:r>
    </w:p>
    <w:p>
      <w:pPr>
        <w:ind w:left="576"/>
      </w:pPr>
      <w:r>
        <w:rPr>
          <w:color w:val="6B7280"/>
          <w:sz w:val="17"/>
        </w:rPr>
        <w:t>Variable: Quartier_zone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Quartier Les Volcans (quartier_les_volcans), Quartier Mikeno (quartier_mikeno), Quartier Mapendo (quartier_mapendo), Quartier Katindo (quartier_katindo), Quartier Himbi (quartier_himbi), Quartier Keshero (quartier_keshero), Quartier Lac Vert (quartier_lac_vert), Quartier Kahembe (quartier_kahembe), Quartier Murara (quartier_murara), Quartier Bujovu (quartier_bujovu), Quartier Majengo (quartier_majengo), Quartier Mabanga nord (quartier_mabanga_nord), Quartier Mabanga sud (quartier_mabanga_sud), Quartier Kasika (quartier_kasika), Quartier Katoyi (quartier_katoyi), Quartier Ndosho (quartier_ndosho), Quartier Mugunga (quartier_mugunga), Quartier Virunga (quartier_virunga)</w:t>
      </w:r>
    </w:p>
    <w:p>
      <w:pPr>
        <w:jc w:val="left"/>
      </w:pPr>
      <w:r>
        <w:t>_______________</w:t>
      </w:r>
    </w:p>
    <w:p>
      <w:r>
        <w:rPr>
          <w:b/>
        </w:rPr>
        <w:t>2. Q1. Possédez-vous au moins un compte financier ?</w:t>
      </w:r>
    </w:p>
    <w:p>
      <w:pPr>
        <w:ind w:left="576"/>
      </w:pPr>
      <w:r>
        <w:rPr>
          <w:color w:val="6B7280"/>
          <w:sz w:val="17"/>
        </w:rPr>
        <w:t>Variable: Q1_Poss_dez_vous_au_un_compte_financier_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Banque (banque), Mobile money (mobile_money), Coopérative / IMF (coop_rative___imf), Aucun (aucun)</w:t>
      </w:r>
    </w:p>
    <w:p>
      <w:pPr>
        <w:jc w:val="left"/>
      </w:pPr>
      <w:r>
        <w:t>_______________</w:t>
      </w:r>
    </w:p>
    <w:p>
      <w:r>
        <w:rPr>
          <w:b/>
        </w:rPr>
        <w:t>3. Q2. Quel type de compte détenez-vous ?</w:t>
      </w:r>
    </w:p>
    <w:p>
      <w:pPr>
        <w:ind w:left="576"/>
      </w:pPr>
      <w:r>
        <w:rPr>
          <w:color w:val="6B7280"/>
          <w:sz w:val="17"/>
        </w:rPr>
        <w:t>Variable: Q2_Quel_type_de_compte_d_tene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Compte courant (compte_courant), Compte épargne (compte__pargne), Portefeuille mobile money (portefeuille_mobile_money), Autres (préciser) (autres__pr_ciser)</w:t>
      </w:r>
    </w:p>
    <w:p>
      <w:pPr>
        <w:jc w:val="left"/>
      </w:pPr>
      <w:r>
        <w:t>_______________</w:t>
      </w:r>
    </w:p>
    <w:p>
      <w:r>
        <w:rPr>
          <w:b/>
        </w:rPr>
        <w:t>4. Autres (préciser)</w:t>
      </w:r>
    </w:p>
    <w:p>
      <w:pPr>
        <w:ind w:left="576"/>
      </w:pPr>
      <w:r>
        <w:rPr>
          <w:color w:val="6B7280"/>
          <w:sz w:val="17"/>
        </w:rPr>
        <w:t>Variable: Autres_pr_ciser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selected(${Q2_Quel_type_de_compte_d_tene}, 'autres__pr_ciser')</w:t>
        <w:br/>
      </w:r>
    </w:p>
    <w:p>
      <w:pPr>
        <w:jc w:val="left"/>
      </w:pPr>
      <w:r>
        <w:t>_______________</w:t>
      </w:r>
    </w:p>
    <w:p>
      <w:r>
        <w:rPr>
          <w:b/>
        </w:rPr>
        <w:t>5. Q3. Quelle utilisation faites-vous de votre compte au cours du dernier mois ?</w:t>
      </w:r>
    </w:p>
    <w:p>
      <w:pPr>
        <w:ind w:left="576"/>
      </w:pPr>
      <w:r>
        <w:rPr>
          <w:color w:val="6B7280"/>
          <w:sz w:val="17"/>
        </w:rPr>
        <w:t>Variable: Q3_Quelle_utilisati_urs_du_dernier_mois_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Dépôt (d_p_t), Retrait (retrait), Transfert (transfert), Paiement marchand (paiement_marchand), Aucun (aucun)</w:t>
      </w:r>
    </w:p>
    <w:p>
      <w:pPr>
        <w:jc w:val="left"/>
      </w:pPr>
      <w:r>
        <w:t>_______________</w:t>
      </w:r>
    </w:p>
    <w:p>
      <w:r>
        <w:rPr>
          <w:b/>
        </w:rPr>
        <w:t>6. Q4. Quel est le montant moyen d’une transaction ?</w:t>
      </w:r>
    </w:p>
    <w:p>
      <w:pPr>
        <w:ind w:left="576"/>
      </w:pPr>
      <w:r>
        <w:rPr>
          <w:color w:val="6B7280"/>
          <w:sz w:val="17"/>
        </w:rPr>
        <w:t>Variable: Q4_Quel_est_le_mont_n_d_une_transaction_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7. Q5. Avez-vous déjà reçu un crédit au cours des 12 derniers mois ?</w:t>
      </w:r>
    </w:p>
    <w:p>
      <w:pPr>
        <w:ind w:left="576"/>
      </w:pPr>
      <w:r>
        <w:rPr>
          <w:color w:val="6B7280"/>
          <w:sz w:val="17"/>
        </w:rPr>
        <w:t>Variable: Q5_Avez_vous_d_j_re_u_un_cr_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>
      <w:r>
        <w:rPr>
          <w:b/>
        </w:rPr>
        <w:t>8. Q6. Si oui, quel est le montant reçu ?</w:t>
      </w:r>
    </w:p>
    <w:p>
      <w:pPr>
        <w:ind w:left="576"/>
      </w:pPr>
      <w:r>
        <w:rPr>
          <w:color w:val="6B7280"/>
          <w:sz w:val="17"/>
        </w:rPr>
        <w:t>Variable: Q6_Si_oui_quel_est_le_montant_re_u_  |  Type: Nombre Entier  |  Obligatoire: Non</w:t>
      </w:r>
    </w:p>
    <w:p>
      <w:pPr>
        <w:ind w:left="576"/>
      </w:pPr>
      <w:r>
        <w:rPr>
          <w:color w:val="4F46E5"/>
          <w:sz w:val="17"/>
        </w:rPr>
        <w:t>⚙️ Logique : ${Q5_Avez_vous_d_j_re_u_un_cr_} = 'oui'</w:t>
        <w:br/>
      </w:r>
    </w:p>
    <w:p>
      <w:pPr>
        <w:jc w:val="left"/>
      </w:pPr>
      <w:r>
        <w:t>_______________</w:t>
      </w:r>
    </w:p>
    <w:p>
      <w:r>
        <w:rPr>
          <w:b/>
        </w:rPr>
        <w:t>9. Q7. Quel était le taux d’intérêt appliqué au crédit ?</w:t>
      </w:r>
    </w:p>
    <w:p>
      <w:pPr>
        <w:ind w:left="576"/>
      </w:pPr>
      <w:r>
        <w:rPr>
          <w:color w:val="6B7280"/>
          <w:sz w:val="17"/>
        </w:rPr>
        <w:t>Variable: Q7_Quel_tait_le_ta_appliqu_au_cr_dit_  |  Type: Nombre Entier  |  Obligatoire: Non</w:t>
      </w:r>
    </w:p>
    <w:p>
      <w:pPr>
        <w:ind w:left="576"/>
      </w:pPr>
      <w:r>
        <w:rPr>
          <w:color w:val="4F46E5"/>
          <w:sz w:val="17"/>
        </w:rPr>
        <w:t>⚙️ Logique : ${Q5_Avez_vous_d_j_re_u_un_cr_} = 'oui'</w:t>
        <w:br/>
      </w:r>
    </w:p>
    <w:p>
      <w:pPr>
        <w:jc w:val="left"/>
      </w:pPr>
      <w:r>
        <w:t>_______________</w:t>
      </w:r>
    </w:p>
    <w:p>
      <w:r>
        <w:rPr>
          <w:b/>
        </w:rPr>
        <w:t>10. Q8. Avez-vous rencontré des difficultés dans l’accès aux services financiers ?</w:t>
      </w:r>
    </w:p>
    <w:p>
      <w:pPr>
        <w:ind w:left="576"/>
      </w:pPr>
      <w:r>
        <w:rPr>
          <w:color w:val="6B7280"/>
          <w:sz w:val="17"/>
        </w:rPr>
        <w:t>Variable: Q8_Avez_vous_rencon_services_financiers_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Distance (distance), Frais élevés (frais__lev_s), Documents requis (documents_requis), Manque de confiance (manque_de_confiance), Analphabétisme digital (analphab_tisme_digital), Temps d’attente (temps_d_attente), Autres (préciser) (autres__pr_ciser)</w:t>
      </w:r>
    </w:p>
    <w:p>
      <w:pPr>
        <w:jc w:val="left"/>
      </w:pPr>
      <w:r>
        <w:t>_______________</w:t>
      </w:r>
    </w:p>
    <w:p>
      <w:r>
        <w:rPr>
          <w:b/>
        </w:rPr>
        <w:t>11. Q9. À quelle distance se trouve votre point d’accès financier le plus proche ?</w:t>
      </w:r>
    </w:p>
    <w:p>
      <w:pPr>
        <w:ind w:left="576"/>
      </w:pPr>
      <w:r>
        <w:rPr>
          <w:color w:val="6B7280"/>
          <w:sz w:val="17"/>
        </w:rPr>
        <w:t>Variable: Q9_quelle_distanc_cier_le_plus_proche_  |  Type: Nombre Entier  |  Obligatoire: Non</w:t>
      </w:r>
    </w:p>
    <w:p>
      <w:pPr>
        <w:jc w:val="left"/>
      </w:pPr>
      <w:r>
        <w:t>_______________</w:t>
      </w:r>
    </w:p>
    <w:p>
      <w:r>
        <w:br w:type="page"/>
      </w:r>
    </w:p>
    <w:p>
      <w:pPr>
        <w:pStyle w:val="Heading1"/>
      </w:pPr>
      <w:r>
        <w:rPr>
          <w:color w:val="10B981"/>
        </w:rPr>
        <w:t>Dossier : INFRASTRUCTURE ET SERVICES</w:t>
      </w:r>
    </w:p>
    <w:p/>
    <w:p>
      <w:r>
        <w:rPr>
          <w:b/>
          <w:color w:val="F59E0B"/>
          <w:sz w:val="28"/>
        </w:rPr>
        <w:t>Questionnaire : 7.4 TEMPS MOYEN POUR ACCÉDER AUX SERVICES DE BASE</w:t>
      </w:r>
    </w:p>
    <w:p>
      <w:r>
        <w:t>UID : a6rfZBhJyjQphRgacDvgor</w:t>
      </w:r>
    </w:p>
    <w:p/>
    <w:p>
      <w:r>
        <w:rPr>
          <w:b/>
        </w:rPr>
        <w:t>1. Quartier/zone</w:t>
      </w:r>
    </w:p>
    <w:p>
      <w:pPr>
        <w:ind w:left="576"/>
      </w:pPr>
      <w:r>
        <w:rPr>
          <w:color w:val="6B7280"/>
          <w:sz w:val="17"/>
        </w:rPr>
        <w:t>Variable: Quartier_zone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Quartier Les Volcans (quartier_les_volcans), Quartier Mikeno (quartier_mikeno), Quartier Mapendo (quartier_mapendo), Quartier Katindo (quartier_katindo), Quartier Himbi (quartier_himbi), Quartier Keshero (quartier_keshero), Quartier Lac Vert (quartier_lac_vert), Quartier Kahembe (quartier_kahembe), Quartier Murara (quartier_murara), Quartier Bujovu (quartier_bujovu), Quartier Majengo (quartier_majengo), Quartier Mabanga nord (quartier_mabanga_nord), Quartier Mabanga sud (quartier_mabanga_sud), Quartier Kasika (quartier_kasika), Quartier Katoyi (quartier_katoyi), Quartier Ndosho (quartier_ndosho), Quartier Mugunga (quartier_mugunga), Quartier Virunga (quartier_virunga)</w:t>
      </w:r>
    </w:p>
    <w:p>
      <w:pPr>
        <w:jc w:val="left"/>
      </w:pPr>
      <w:r>
        <w:t>_______________</w:t>
      </w:r>
    </w:p>
    <w:p>
      <w:r>
        <w:rPr>
          <w:b/>
        </w:rPr>
        <w:t>2. 7.4.1 Identification du service</w:t>
      </w:r>
    </w:p>
    <w:p>
      <w:pPr>
        <w:ind w:left="576"/>
      </w:pPr>
      <w:r>
        <w:rPr>
          <w:color w:val="6B7280"/>
          <w:sz w:val="17"/>
        </w:rPr>
        <w:t>Variable: _7_4_1_Identification_du_servic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École (_cole), Centre de santé (centre_de_sant), Marché (march), Point d’eau (point_d_eau), Autre (préciser) (autre__pr_ciser)</w:t>
      </w:r>
    </w:p>
    <w:p>
      <w:pPr>
        <w:jc w:val="left"/>
      </w:pPr>
      <w:r>
        <w:t>_______________</w:t>
      </w:r>
    </w:p>
    <w:p>
      <w:r>
        <w:rPr>
          <w:b/>
        </w:rPr>
        <w:t>3. Autre (préciser)</w:t>
      </w:r>
    </w:p>
    <w:p>
      <w:pPr>
        <w:ind w:left="576"/>
      </w:pPr>
      <w:r>
        <w:rPr>
          <w:color w:val="6B7280"/>
          <w:sz w:val="17"/>
        </w:rPr>
        <w:t>Variable: Autre_pr_ciser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${_7_4_1_Identification_du_servic} = 'autre__pr_ciser'</w:t>
        <w:br/>
      </w:r>
    </w:p>
    <w:p>
      <w:pPr>
        <w:jc w:val="left"/>
      </w:pPr>
      <w:r>
        <w:t>_______________</w:t>
      </w:r>
    </w:p>
    <w:p>
      <w:r>
        <w:rPr>
          <w:b/>
        </w:rPr>
        <w:t>4. 7.4.2 Distance au service le plus proche</w:t>
      </w:r>
    </w:p>
    <w:p>
      <w:pPr>
        <w:ind w:left="576"/>
      </w:pPr>
      <w:r>
        <w:rPr>
          <w:color w:val="6B7280"/>
          <w:sz w:val="17"/>
        </w:rPr>
        <w:t>Variable: _7_4_2_Distance_au_service_le_plus_proche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5. 7.4.3 Temps de trajet aller</w:t>
      </w:r>
    </w:p>
    <w:p>
      <w:pPr>
        <w:ind w:left="576"/>
      </w:pPr>
      <w:r>
        <w:rPr>
          <w:color w:val="6B7280"/>
          <w:sz w:val="17"/>
        </w:rPr>
        <w:t>Variable: _7_4_3_Temps_de_trajet_aller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6. 7.4.4 Mode de transport habituel</w:t>
      </w:r>
    </w:p>
    <w:p>
      <w:pPr>
        <w:ind w:left="576"/>
      </w:pPr>
      <w:r>
        <w:rPr>
          <w:color w:val="6B7280"/>
          <w:sz w:val="17"/>
        </w:rPr>
        <w:t>Variable: _7_4_4_Mode_de_transport_habitu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Marche (marche), Vélo (v_lo), Moto-taxi (boda/okada) (moto_taxi__boda_okada), Transport public (taxi collectif) (transport_public__taxi_collect), Voiture particulière (voiture_particuli_re), Charette / Animal (charette___animal), Autre (préciser) (autre__pr_ciser)</w:t>
      </w:r>
    </w:p>
    <w:p>
      <w:pPr>
        <w:jc w:val="left"/>
      </w:pPr>
      <w:r>
        <w:t>_______________</w:t>
      </w:r>
    </w:p>
    <w:p>
      <w:r>
        <w:rPr>
          <w:b/>
        </w:rPr>
        <w:t>7. Autre (préciser)</w:t>
      </w:r>
    </w:p>
    <w:p>
      <w:pPr>
        <w:ind w:left="576"/>
      </w:pPr>
      <w:r>
        <w:rPr>
          <w:color w:val="6B7280"/>
          <w:sz w:val="17"/>
        </w:rPr>
        <w:t>Variable: Autre_pr_ciser_001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${_7_4_4_Mode_de_transport_habitu} = 'autre__pr_ciser'</w:t>
        <w:br/>
      </w:r>
    </w:p>
    <w:p>
      <w:pPr>
        <w:jc w:val="left"/>
      </w:pPr>
      <w:r>
        <w:t>_______________</w:t>
      </w:r>
    </w:p>
    <w:p>
      <w:r>
        <w:rPr>
          <w:b/>
        </w:rPr>
        <w:t>8. 7.4.5 Coût moyen aller-retour</w:t>
      </w:r>
    </w:p>
    <w:p>
      <w:pPr>
        <w:ind w:left="576"/>
      </w:pPr>
      <w:r>
        <w:rPr>
          <w:color w:val="6B7280"/>
          <w:sz w:val="17"/>
        </w:rPr>
        <w:t>Variable: _7_4_5_Co_t_moyen_aller_retour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9. 7.4.6 Accessibilité saisonnière</w:t>
      </w:r>
    </w:p>
    <w:p>
      <w:pPr>
        <w:ind w:left="576"/>
      </w:pPr>
      <w:r>
        <w:rPr>
          <w:color w:val="6B7280"/>
          <w:sz w:val="17"/>
        </w:rPr>
        <w:t>Variable: _7_4_6_Accessibilit_saisonni_re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Accessible toute l’année sans contrainte (accessible_toute_l_ann_e_sans_contrainte), Accessible mais avec retards/difficultés en saison des pluies (accessible_mais_avec_retards_difficult_s), Non accessible pendant la saison des pluies (non_accessible_pendant_la_saison_des_plu)</w:t>
      </w:r>
    </w:p>
    <w:p>
      <w:pPr>
        <w:jc w:val="left"/>
      </w:pPr>
      <w:r>
        <w:t>_______________</w:t>
      </w:r>
    </w:p>
    <w:p>
      <w:r>
        <w:rPr>
          <w:b/>
        </w:rPr>
        <w:t>10. 7.4.7 Fréquence d’usage</w:t>
      </w:r>
    </w:p>
    <w:p>
      <w:pPr>
        <w:ind w:left="576"/>
      </w:pPr>
      <w:r>
        <w:rPr>
          <w:color w:val="6B7280"/>
          <w:sz w:val="17"/>
        </w:rPr>
        <w:t>Variable: _7_4_7_Fr_quence_d_usage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Quotidiennement (quotidiennement), 2–3 fois/semaine (2_3_fois_semaine), Hebdomadaire (hebdomadaire), Mensuel (mensuel), Rarement / jamais (rarement___jamais)</w:t>
      </w:r>
    </w:p>
    <w:p>
      <w:pPr>
        <w:jc w:val="left"/>
      </w:pPr>
      <w:r>
        <w:t>_______________</w:t>
      </w:r>
    </w:p>
    <w:p>
      <w:r>
        <w:rPr>
          <w:b/>
        </w:rPr>
        <w:t>11. 7.4.8 Remarques (sécurité du trajet, éclairage nocturne, points dangereux)</w:t>
      </w:r>
    </w:p>
    <w:p>
      <w:pPr>
        <w:ind w:left="576"/>
      </w:pPr>
      <w:r>
        <w:rPr>
          <w:color w:val="6B7280"/>
          <w:sz w:val="17"/>
        </w:rPr>
        <w:t>Variable: _7_4_8_Remarques_s_c_ne_points_dangereux  |  Type: Réponse Ouverte  |  Obligatoire: Non</w:t>
      </w:r>
    </w:p>
    <w:p>
      <w:pPr>
        <w:jc w:val="left"/>
      </w:pPr>
      <w:r>
        <w:t>_______________</w:t>
      </w:r>
    </w:p>
    <w:p/>
    <w:p>
      <w:r>
        <w:rPr>
          <w:b/>
          <w:color w:val="F59E0B"/>
          <w:sz w:val="28"/>
        </w:rPr>
        <w:t>Questionnaire : 7.2 QUALITÉ DES ROUTES URBAINES</w:t>
      </w:r>
    </w:p>
    <w:p>
      <w:r>
        <w:t>UID : aF7WpDfPeqyA5kcqXmzH3A</w:t>
      </w:r>
    </w:p>
    <w:p/>
    <w:p>
      <w:r>
        <w:rPr>
          <w:b/>
        </w:rPr>
        <w:t>1. Quartier/zone</w:t>
      </w:r>
    </w:p>
    <w:p>
      <w:pPr>
        <w:ind w:left="576"/>
      </w:pPr>
      <w:r>
        <w:rPr>
          <w:color w:val="6B7280"/>
          <w:sz w:val="17"/>
        </w:rPr>
        <w:t>Variable: Quartier_zone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Quartier Les Volcans (quartier_les_volcans), Quartier Mikeno (quartier_mikeno), Quartier Mapendo (quartier_mapendo), Quartier Katindo (quartier_katindo), Quartier Himbi (quartier_himbi), Quartier Keshero (quartier_keshero), Quartier Lac Vert (quartier_lac_vert), Quartier Kahembe (quartier_kahembe), Quartier Murara (quartier_murara), Quartier Bujovu (quartier_bujovu), Quartier Majengo (quartier_majengo), Quartier Mabanga nord (quartier_mabanga_nord), Quartier Mabanga sud (quartier_mabanga_sud), Quartier Kasika (quartier_kasika), Quartier Katoyi (quartier_katoyi), Quartier Ndosho (quartier_ndosho), Quartier Mugunga (quartier_mugunga), Quartier Virunga (quartier_virunga)</w:t>
      </w:r>
    </w:p>
    <w:p>
      <w:pPr>
        <w:jc w:val="left"/>
      </w:pPr>
      <w:r>
        <w:t>_______________</w:t>
      </w:r>
    </w:p>
    <w:p>
      <w:r>
        <w:rPr>
          <w:b/>
        </w:rPr>
        <w:t>2. 7.2.1 Identification (par route observée)</w:t>
      </w:r>
    </w:p>
    <w:p>
      <w:pPr>
        <w:ind w:left="576"/>
      </w:pPr>
      <w:r>
        <w:rPr>
          <w:color w:val="6B7280"/>
          <w:sz w:val="17"/>
        </w:rPr>
        <w:t>Variable: _7_2_1_Identification_par_route_observ_e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Route principale  (route_principale), Route secondaire  (route_secondaire)</w:t>
      </w:r>
    </w:p>
    <w:p>
      <w:pPr>
        <w:jc w:val="left"/>
      </w:pPr>
      <w:r>
        <w:t>_______________</w:t>
      </w:r>
    </w:p>
    <w:p>
      <w:r>
        <w:rPr>
          <w:b/>
        </w:rPr>
        <w:t>3. 7.2.1.01 Nom / référence de la route (ou repère)</w:t>
      </w:r>
    </w:p>
    <w:p>
      <w:pPr>
        <w:ind w:left="576"/>
      </w:pPr>
      <w:r>
        <w:rPr>
          <w:color w:val="6B7280"/>
          <w:sz w:val="17"/>
        </w:rPr>
        <w:t>Variable: _7_2_1_01_Nom_r_f_r_la_route_ou_rep_re  |  Type: Réponse Ouverte  |  Obligatoire: Non</w:t>
      </w:r>
    </w:p>
    <w:p>
      <w:pPr>
        <w:jc w:val="left"/>
      </w:pPr>
      <w:r>
        <w:t>_______________</w:t>
      </w:r>
    </w:p>
    <w:p>
      <w:r>
        <w:rPr>
          <w:b/>
        </w:rPr>
        <w:t>4. 7.2.1.02 Longueur observée / segment couvert par la communauté (km).</w:t>
      </w:r>
    </w:p>
    <w:p>
      <w:pPr>
        <w:ind w:left="576"/>
      </w:pPr>
      <w:r>
        <w:rPr>
          <w:color w:val="6B7280"/>
          <w:sz w:val="17"/>
        </w:rPr>
        <w:t>Variable: _7_2_1_02_Longueur_ob_ar_la_communaut_km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5. 7.2.1.03 Type de revêtement</w:t>
      </w:r>
    </w:p>
    <w:p>
      <w:pPr>
        <w:ind w:left="576"/>
      </w:pPr>
      <w:r>
        <w:rPr>
          <w:color w:val="6B7280"/>
          <w:sz w:val="17"/>
        </w:rPr>
        <w:t>Variable: _7_2_1_03_Type_de_rev_tement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Goudron (goudron), Terre (terre), Pavé (pav), Autre (autre)</w:t>
      </w:r>
    </w:p>
    <w:p>
      <w:pPr>
        <w:jc w:val="left"/>
      </w:pPr>
      <w:r>
        <w:t>_______________</w:t>
      </w:r>
    </w:p>
    <w:p>
      <w:r>
        <w:rPr>
          <w:b/>
        </w:rPr>
        <w:t>6. Autre</w:t>
      </w:r>
    </w:p>
    <w:p>
      <w:pPr>
        <w:ind w:left="576"/>
      </w:pPr>
      <w:r>
        <w:rPr>
          <w:color w:val="6B7280"/>
          <w:sz w:val="17"/>
        </w:rPr>
        <w:t>Variable: Autre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${_7_2_1_03_Type_de_rev_tement} = 'autre'</w:t>
        <w:br/>
      </w:r>
    </w:p>
    <w:p>
      <w:pPr>
        <w:jc w:val="left"/>
      </w:pPr>
      <w:r>
        <w:t>_______________</w:t>
      </w:r>
    </w:p>
    <w:p>
      <w:r>
        <w:rPr>
          <w:b/>
        </w:rPr>
        <w:t>7. 7.2.1.04 Largeur approximative (m).</w:t>
      </w:r>
    </w:p>
    <w:p>
      <w:pPr>
        <w:ind w:left="576"/>
      </w:pPr>
      <w:r>
        <w:rPr>
          <w:color w:val="6B7280"/>
          <w:sz w:val="17"/>
        </w:rPr>
        <w:t>Variable: _7_2_1_04_Largeur_approximative_m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8. 7.2.1.05 Taux de dégradation (classification enquêteur)</w:t>
      </w:r>
    </w:p>
    <w:p>
      <w:pPr>
        <w:ind w:left="576"/>
      </w:pPr>
      <w:r>
        <w:rPr>
          <w:color w:val="6B7280"/>
          <w:sz w:val="17"/>
        </w:rPr>
        <w:t>Variable: _7_2_1_05_Taux_de_d_g_sification_enqu_teur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A = Très bon (a___tr_s_bon), B = Bon (b___bon), C = Moyen (c___moyen), D = Mauvais (d___mauvais), E = Impraticable (e___impraticable)</w:t>
      </w:r>
    </w:p>
    <w:p>
      <w:pPr>
        <w:jc w:val="left"/>
      </w:pPr>
      <w:r>
        <w:t>_______________</w:t>
      </w:r>
    </w:p>
    <w:p>
      <w:r>
        <w:rPr>
          <w:b/>
        </w:rPr>
        <w:t>9. 7.2.1.06 Présence de nids-de-poule</w:t>
      </w:r>
    </w:p>
    <w:p>
      <w:pPr>
        <w:ind w:left="576"/>
      </w:pPr>
      <w:r>
        <w:rPr>
          <w:color w:val="6B7280"/>
          <w:sz w:val="17"/>
        </w:rPr>
        <w:t>Variable: _7_2_1_06_Pr_sence_de_nids_de_p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>
      <w:r>
        <w:rPr>
          <w:b/>
        </w:rPr>
        <w:t>10. Si Oui, estimer nombre</w:t>
      </w:r>
    </w:p>
    <w:p>
      <w:pPr>
        <w:ind w:left="576"/>
      </w:pPr>
      <w:r>
        <w:rPr>
          <w:color w:val="6B7280"/>
          <w:sz w:val="17"/>
        </w:rPr>
        <w:t>Variable: Si_Oui_estimer_nombre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1-5 (1_5), 6-20 (6_20), &gt;20 (_20)</w:t>
      </w:r>
    </w:p>
    <w:p>
      <w:pPr>
        <w:ind w:left="576"/>
      </w:pPr>
      <w:r>
        <w:rPr>
          <w:color w:val="4F46E5"/>
          <w:sz w:val="17"/>
        </w:rPr>
        <w:t>⚙️ Logique : ${_7_2_1_06_Pr_sence_de_nids_de_p} = 'oui'</w:t>
        <w:br/>
      </w:r>
    </w:p>
    <w:p>
      <w:pPr>
        <w:jc w:val="left"/>
      </w:pPr>
      <w:r>
        <w:t>_______________</w:t>
      </w:r>
    </w:p>
    <w:p>
      <w:r>
        <w:rPr>
          <w:b/>
        </w:rPr>
        <w:t>11. Taille moyenne</w:t>
      </w:r>
    </w:p>
    <w:p>
      <w:pPr>
        <w:ind w:left="576"/>
      </w:pPr>
      <w:r>
        <w:rPr>
          <w:color w:val="6B7280"/>
          <w:sz w:val="17"/>
        </w:rPr>
        <w:t>Variable: Taille_moyenne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petit &lt;30cm (petit__30cm), moyen 30–60cm (moyen_30_60cm), grand &gt;60cm (grand__60cm)</w:t>
      </w:r>
    </w:p>
    <w:p>
      <w:pPr>
        <w:jc w:val="left"/>
      </w:pPr>
      <w:r>
        <w:t>_______________</w:t>
      </w:r>
    </w:p>
    <w:p>
      <w:r>
        <w:rPr>
          <w:b/>
        </w:rPr>
        <w:t>12. 7.2.1.07 Drainage</w:t>
      </w:r>
    </w:p>
    <w:p>
      <w:pPr>
        <w:ind w:left="576"/>
      </w:pPr>
      <w:r>
        <w:rPr>
          <w:color w:val="6B7280"/>
          <w:sz w:val="17"/>
        </w:rPr>
        <w:t>Variable: _7_2_1_07_Drainage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bon (bon), partiellement obstrué (partiellement_obstru), mauvais (mauvais), absent (absent)</w:t>
      </w:r>
    </w:p>
    <w:p>
      <w:pPr>
        <w:jc w:val="left"/>
      </w:pPr>
      <w:r>
        <w:t>_______________</w:t>
      </w:r>
    </w:p>
    <w:p>
      <w:r>
        <w:rPr>
          <w:b/>
        </w:rPr>
        <w:t>13. 7.2.1.08 Accessibilité en saison des pluies</w:t>
      </w:r>
    </w:p>
    <w:p>
      <w:pPr>
        <w:ind w:left="576"/>
      </w:pPr>
      <w:r>
        <w:rPr>
          <w:color w:val="6B7280"/>
          <w:sz w:val="17"/>
        </w:rPr>
        <w:t>Variable: _7_2_1_08_Accessibili_en_saison_des_pluies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Tout à fait accessible (tout___fait_accessible), Accessible avec difficultés (accessible_avec_difficult_s), Non accessible (non_accessible)</w:t>
      </w:r>
    </w:p>
    <w:p>
      <w:pPr>
        <w:jc w:val="left"/>
      </w:pPr>
      <w:r>
        <w:t>_______________</w:t>
      </w:r>
    </w:p>
    <w:p>
      <w:r>
        <w:rPr>
          <w:b/>
        </w:rPr>
        <w:t>14. 7.2.1.09 Fréquence d’entretien (par autorité locale) selon population</w:t>
      </w:r>
    </w:p>
    <w:p>
      <w:pPr>
        <w:ind w:left="576"/>
      </w:pPr>
      <w:r>
        <w:rPr>
          <w:color w:val="6B7280"/>
          <w:sz w:val="17"/>
        </w:rPr>
        <w:t>Variable: _7_2_1_09_Fr_quence_d_le_selon_population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Régulier (annuel) (r_gulier__annuel), Occasionnel (&gt;1 an) (occasionnel__1_an), Rare (rare), Jamais connu (jamais_connu)</w:t>
      </w:r>
    </w:p>
    <w:p>
      <w:pPr>
        <w:jc w:val="left"/>
      </w:pPr>
      <w:r>
        <w:t>_______________</w:t>
      </w:r>
    </w:p>
    <w:p>
      <w:r>
        <w:rPr>
          <w:b/>
        </w:rPr>
        <w:t>15. 7.2.1.10 Accidents signalés liés à l’état de la route (12 derniers mois)</w:t>
      </w:r>
    </w:p>
    <w:p>
      <w:pPr>
        <w:ind w:left="576"/>
      </w:pPr>
      <w:r>
        <w:rPr>
          <w:color w:val="6B7280"/>
          <w:sz w:val="17"/>
        </w:rPr>
        <w:t>Variable: _7_2_1_10_Accidents_s_te_12_derniers_mois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16. 7.2.1.11 Usagers principaux</w:t>
      </w:r>
    </w:p>
    <w:p>
      <w:pPr>
        <w:ind w:left="576"/>
      </w:pPr>
      <w:r>
        <w:rPr>
          <w:color w:val="6B7280"/>
          <w:sz w:val="17"/>
        </w:rPr>
        <w:t>Variable: _7_2_1_11_Usagers_principaux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Piétons (pi_tons), Motos (motos), Véhicules légers (v_hicules_l_gers), Camions (camions), Transports publics (transports_publics)</w:t>
      </w:r>
    </w:p>
    <w:p>
      <w:pPr>
        <w:jc w:val="left"/>
      </w:pPr>
      <w:r>
        <w:t>_______________</w:t>
      </w:r>
    </w:p>
    <w:p>
      <w:r>
        <w:rPr>
          <w:b/>
        </w:rPr>
        <w:t>17. 7.2.1.12 Observations additionnelles</w:t>
      </w:r>
    </w:p>
    <w:p>
      <w:pPr>
        <w:ind w:left="576"/>
      </w:pPr>
      <w:r>
        <w:rPr>
          <w:color w:val="6B7280"/>
          <w:sz w:val="17"/>
        </w:rPr>
        <w:t>Variable: _7_2_1_12_Observations_additionnelles  |  Type: Image  |  Obligatoire: Non</w:t>
      </w:r>
    </w:p>
    <w:p>
      <w:pPr>
        <w:jc w:val="left"/>
      </w:pPr>
      <w:r>
        <w:t>_______________</w:t>
      </w:r>
    </w:p>
    <w:p>
      <w:r>
        <w:rPr>
          <w:b/>
        </w:rPr>
        <w:t>18. 7.2.2.01 Est-ce que l’état des routes gêne vos déplacements quotidiens ?</w:t>
      </w:r>
    </w:p>
    <w:p>
      <w:pPr>
        <w:ind w:left="576"/>
      </w:pPr>
      <w:r>
        <w:rPr>
          <w:color w:val="6B7280"/>
          <w:sz w:val="17"/>
        </w:rPr>
        <w:t>Variable: _7_2_2_01_Est_ce_que_acements_quotidiens_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Oui, beaucoup (oui__beaucoup), Oui, un peu (oui__un_peu), Non (non)</w:t>
      </w:r>
    </w:p>
    <w:p>
      <w:pPr>
        <w:jc w:val="left"/>
      </w:pPr>
      <w:r>
        <w:t>_______________</w:t>
      </w:r>
    </w:p>
    <w:p>
      <w:r>
        <w:rPr>
          <w:b/>
        </w:rPr>
        <w:t>19. 7.2.2.02 En saison des pluies, vos coûts de déplacement augmentent-ils à cause de l’état des routes ?</w:t>
      </w:r>
    </w:p>
    <w:p>
      <w:pPr>
        <w:ind w:left="576"/>
      </w:pPr>
      <w:r>
        <w:rPr>
          <w:color w:val="6B7280"/>
          <w:sz w:val="17"/>
        </w:rPr>
        <w:t>Variable: _7_2_2_02_En_saison_d_de_l_tat_des_routes_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/>
    <w:p>
      <w:r>
        <w:rPr>
          <w:b/>
          <w:color w:val="F59E0B"/>
          <w:sz w:val="28"/>
        </w:rPr>
        <w:t>Questionnaire : 7.1 ACCÈS À L’ÉLECTRICITÉ ET À L’EAU POTABLE</w:t>
      </w:r>
    </w:p>
    <w:p>
      <w:r>
        <w:t>UID : aRXDrRNTYMQLDyNKFLqkTQ</w:t>
      </w:r>
    </w:p>
    <w:p/>
    <w:p>
      <w:r>
        <w:rPr>
          <w:b/>
        </w:rPr>
        <w:t>1. Quartier/zone</w:t>
      </w:r>
    </w:p>
    <w:p>
      <w:pPr>
        <w:ind w:left="576"/>
      </w:pPr>
      <w:r>
        <w:rPr>
          <w:color w:val="6B7280"/>
          <w:sz w:val="17"/>
        </w:rPr>
        <w:t>Variable: Quartier_zone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Quartier Les Volcans (quartier_les_volcans), Quartier Mikeno (quartier_mikeno), Quartier Mapendo (quartier_mapendo), Quartier Katindo (quartier_katindo), Quartier Himbi (quartier_himbi), Quartier Keshero (quartier_keshero), Quartier Lac Vert (quartier_lac_vert), Quartier Kahembe (quartier_kahembe), Quartier Murara (quartier_murara), Quartier Bujovu (quartier_bujovu), Quartier Majengo (quartier_majengo), Quartier Mabanga nord (quartier_mabanga_nord), Quartier Mabanga sud (quartier_mabanga_sud), Quartier Kasika (quartier_kasika), Quartier Katoyi (quartier_katoyi), Quartier Ndosho (quartier_ndosho), Quartier Mugunga (quartier_mugunga), Quartier Virunga (quartier_virunga)</w:t>
      </w:r>
    </w:p>
    <w:p>
      <w:pPr>
        <w:jc w:val="left"/>
      </w:pPr>
      <w:r>
        <w:t>_______________</w:t>
      </w:r>
    </w:p>
    <w:p>
      <w:r>
        <w:rPr>
          <w:b/>
        </w:rPr>
        <w:t>2. A.01 Source(s) d’électricité disponibles au ménage</w:t>
      </w:r>
    </w:p>
    <w:p>
      <w:pPr>
        <w:ind w:left="576"/>
      </w:pPr>
      <w:r>
        <w:rPr>
          <w:color w:val="6B7280"/>
          <w:sz w:val="17"/>
        </w:rPr>
        <w:t>Variable: A_01_Source_s_d_lectricit_di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Réseau public (réseau national/local) (r_seau_public__r_seau_national), Groupe électrogène privé/communautaire (groupe__lectrog_ne_priv_commun), Panneaux solaires (système domestique) (panneaux_solaires__syst_me_dom), Batterie / Powerbank (batterie___powerbank), Aucune source (aucune_source), Autre (préciser) (autre__pr_ciser)</w:t>
      </w:r>
    </w:p>
    <w:p>
      <w:pPr>
        <w:jc w:val="left"/>
      </w:pPr>
      <w:r>
        <w:t>_______________</w:t>
      </w:r>
    </w:p>
    <w:p>
      <w:r>
        <w:rPr>
          <w:b/>
        </w:rPr>
        <w:t>3. Autre (préciser)</w:t>
      </w:r>
    </w:p>
    <w:p>
      <w:pPr>
        <w:ind w:left="576"/>
      </w:pPr>
      <w:r>
        <w:rPr>
          <w:color w:val="6B7280"/>
          <w:sz w:val="17"/>
        </w:rPr>
        <w:t>Variable: Autre_pr_ciser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selected(${A_01_Source_s_d_lectricit_di}, 'autre__pr_ciser')</w:t>
        <w:br/>
      </w:r>
    </w:p>
    <w:p>
      <w:pPr>
        <w:jc w:val="left"/>
      </w:pPr>
      <w:r>
        <w:t>_______________</w:t>
      </w:r>
    </w:p>
    <w:p>
      <w:r>
        <w:rPr>
          <w:b/>
        </w:rPr>
        <w:t>4. A.02 Type de branchement/installation électrique</w:t>
      </w:r>
    </w:p>
    <w:p>
      <w:pPr>
        <w:ind w:left="576"/>
      </w:pPr>
      <w:r>
        <w:rPr>
          <w:color w:val="6B7280"/>
          <w:sz w:val="17"/>
        </w:rPr>
        <w:t>Variable: A_02_Type_de_branche_tallation_lectrique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Branchement officiel (compteur individuel) (branchement_officiel__compteur_individue), Branchement partagé (compteur communautaire ou branchement voisin) (branchement_partag___compteur_communauta), Système autonome (panneaux + batterie, pas de compteur) (syst_me_autonome__panneaux___batterie__p), Installation non conforme/éclairage artisanal (installation_non_conforme_clairage_artis)</w:t>
      </w:r>
    </w:p>
    <w:p>
      <w:pPr>
        <w:ind w:left="576"/>
      </w:pPr>
      <w:r>
        <w:rPr>
          <w:color w:val="4F46E5"/>
          <w:sz w:val="17"/>
        </w:rPr>
        <w:t>⚙️ Logique : selected(${A_01_Source_s_d_lectricit_di}, 'r_seau_public__r_seau_national') or selected(${A_01_Source_s_d_lectricit_di}, 'groupe__lectrog_ne_priv_commun') or selected(${A_01_Source_s_d_lectricit_di}, 'autre__pr_ciser')</w:t>
        <w:br/>
      </w:r>
    </w:p>
    <w:p>
      <w:pPr>
        <w:jc w:val="left"/>
      </w:pPr>
      <w:r>
        <w:t>_______________</w:t>
      </w:r>
    </w:p>
    <w:p>
      <w:r>
        <w:rPr>
          <w:b/>
        </w:rPr>
        <w:t>5. A.03 Disponibilité moyenne d’électricité (heures par jour, sur 30 jours).</w:t>
      </w:r>
    </w:p>
    <w:p>
      <w:pPr>
        <w:ind w:left="576"/>
      </w:pPr>
      <w:r>
        <w:rPr>
          <w:color w:val="6B7280"/>
          <w:sz w:val="17"/>
        </w:rPr>
        <w:t>Variable: A_03_Disponibilit_m_r_jour_sur_30_jours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6. A.04 Nombre moyen de coupures par semaine (sur 30 derniers jours).</w:t>
      </w:r>
    </w:p>
    <w:p>
      <w:pPr>
        <w:ind w:left="576"/>
      </w:pPr>
      <w:r>
        <w:rPr>
          <w:color w:val="6B7280"/>
          <w:sz w:val="17"/>
        </w:rPr>
        <w:t>Variable: A_04_Nombre_moyen_de_ur_30_derniers_jours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7. A.05 Durée moyenne d’une coupure.</w:t>
      </w:r>
    </w:p>
    <w:p>
      <w:pPr>
        <w:ind w:left="576"/>
      </w:pPr>
      <w:r>
        <w:rPr>
          <w:color w:val="6B7280"/>
          <w:sz w:val="17"/>
        </w:rPr>
        <w:t>Variable: A_05_Dur_e_moyenne_d_une_coupure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8. A.06 Jours dans le mois sans électricité totale (Durant ces 30 derniers jours).</w:t>
      </w:r>
    </w:p>
    <w:p>
      <w:pPr>
        <w:ind w:left="576"/>
      </w:pPr>
      <w:r>
        <w:rPr>
          <w:color w:val="6B7280"/>
          <w:sz w:val="17"/>
        </w:rPr>
        <w:t>Variable: A_06_Jours_dans_le_m_es_30_derniers_jours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9. A.07 Coût mensuel moyen payé pour l’électricité durant les 30 derniers jours</w:t>
      </w:r>
    </w:p>
    <w:p>
      <w:pPr>
        <w:ind w:left="576"/>
      </w:pPr>
      <w:r>
        <w:rPr>
          <w:color w:val="6B7280"/>
          <w:sz w:val="17"/>
        </w:rPr>
        <w:t>Variable: A_07_Co_t_mensuel_mo_es_30_derniers_jours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10. A.08 Mode de paiement</w:t>
      </w:r>
    </w:p>
    <w:p>
      <w:pPr>
        <w:ind w:left="576"/>
      </w:pPr>
      <w:r>
        <w:rPr>
          <w:color w:val="6B7280"/>
          <w:sz w:val="17"/>
        </w:rPr>
        <w:t>Variable: A_08_Mode_de_paiement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Prépayé (cartes, tokens) (pr_pay___cartes__tokens), Post-payé (facture) (post_pay___facture), Paiement informel (au fournisseur local) (paiement_informel__au_fournisseur_local), Gratuit / partagé (gratuit___partag)</w:t>
      </w:r>
    </w:p>
    <w:p>
      <w:pPr>
        <w:jc w:val="left"/>
      </w:pPr>
      <w:r>
        <w:t>_______________</w:t>
      </w:r>
    </w:p>
    <w:p>
      <w:r>
        <w:rPr>
          <w:b/>
        </w:rPr>
        <w:t>11. A.09 Fiabilité perçue</w:t>
      </w:r>
    </w:p>
    <w:p>
      <w:pPr>
        <w:ind w:left="576"/>
      </w:pPr>
      <w:r>
        <w:rPr>
          <w:color w:val="6B7280"/>
          <w:sz w:val="17"/>
        </w:rPr>
        <w:t>Variable: A_09_Fiabilit_per_ue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Très bonne (tr_s_bonne), Bonne (bonne), Moyenne (moyenne), Mauvaise (mauvaise), Très mauvaise (tr_s_mauvaise)</w:t>
      </w:r>
    </w:p>
    <w:p>
      <w:pPr>
        <w:jc w:val="left"/>
      </w:pPr>
      <w:r>
        <w:t>_______________</w:t>
      </w:r>
    </w:p>
    <w:p>
      <w:r>
        <w:rPr>
          <w:b/>
        </w:rPr>
        <w:t>12. A.10 Avez-vous subi des incidents (incendie, électrocution, dommages) liés à l’électricité au cours des 12 derniers mois ?</w:t>
      </w:r>
    </w:p>
    <w:p>
      <w:pPr>
        <w:ind w:left="576"/>
      </w:pPr>
      <w:r>
        <w:rPr>
          <w:color w:val="6B7280"/>
          <w:sz w:val="17"/>
        </w:rPr>
        <w:t>Variable: A_10_Avez_vous_subi_des_incide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>
      <w:r>
        <w:rPr>
          <w:b/>
        </w:rPr>
        <w:t>13. Préciser date</w:t>
      </w:r>
    </w:p>
    <w:p>
      <w:pPr>
        <w:ind w:left="576"/>
      </w:pPr>
      <w:r>
        <w:rPr>
          <w:color w:val="6B7280"/>
          <w:sz w:val="17"/>
        </w:rPr>
        <w:t>Variable: Pr_ciser_date  |  Type: Date  |  Obligatoire: Non</w:t>
      </w:r>
    </w:p>
    <w:p>
      <w:pPr>
        <w:ind w:left="576"/>
      </w:pPr>
      <w:r>
        <w:rPr>
          <w:color w:val="4F46E5"/>
          <w:sz w:val="17"/>
        </w:rPr>
        <w:t>⚙️ Logique : ${A_10_Avez_vous_subi_des_incide} = 'oui'</w:t>
        <w:br/>
      </w:r>
    </w:p>
    <w:p>
      <w:pPr>
        <w:jc w:val="left"/>
      </w:pPr>
      <w:r>
        <w:t>_______________</w:t>
      </w:r>
    </w:p>
    <w:p>
      <w:r>
        <w:rPr>
          <w:b/>
        </w:rPr>
        <w:t>14. Type d’incident</w:t>
      </w:r>
    </w:p>
    <w:p>
      <w:pPr>
        <w:ind w:left="576"/>
      </w:pPr>
      <w:r>
        <w:rPr>
          <w:color w:val="6B7280"/>
          <w:sz w:val="17"/>
        </w:rPr>
        <w:t>Variable: Type_d_incident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Incendie (incendie), Electrocution (electrocution), Dommages (dommages), Autre (préciser) (autre__pr_ciser)</w:t>
      </w:r>
    </w:p>
    <w:p>
      <w:pPr>
        <w:jc w:val="left"/>
      </w:pPr>
      <w:r>
        <w:t>_______________</w:t>
      </w:r>
    </w:p>
    <w:p>
      <w:r>
        <w:rPr>
          <w:b/>
        </w:rPr>
        <w:t>15. Autre (préciser)</w:t>
      </w:r>
    </w:p>
    <w:p>
      <w:pPr>
        <w:ind w:left="576"/>
      </w:pPr>
      <w:r>
        <w:rPr>
          <w:color w:val="6B7280"/>
          <w:sz w:val="17"/>
        </w:rPr>
        <w:t>Variable: Autre_pr_ciser_001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selected(${Type_d_incident}, 'autre__pr_ciser')</w:t>
        <w:br/>
      </w:r>
    </w:p>
    <w:p>
      <w:pPr>
        <w:jc w:val="left"/>
      </w:pPr>
      <w:r>
        <w:t>_______________</w:t>
      </w:r>
    </w:p>
    <w:p>
      <w:r>
        <w:rPr>
          <w:b/>
        </w:rPr>
        <w:t>16. A.11 Observations de l’enquêteur</w:t>
      </w:r>
    </w:p>
    <w:p>
      <w:pPr>
        <w:ind w:left="576"/>
      </w:pPr>
      <w:r>
        <w:rPr>
          <w:color w:val="6B7280"/>
          <w:sz w:val="17"/>
        </w:rPr>
        <w:t>Variable: A_11_Observations_de_l_enqu_teur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Câblage visible endommagé (c_blage_visible_endommag), Boîte de distribution non fermée (bo_te_de_distribution_non_ferm_e), Présence de branchements clandestins (pr_sence_de_branchements_clandestins), Tableau électrique dans la maison (tableau__lectrique_dans_la_maison)</w:t>
      </w:r>
    </w:p>
    <w:p>
      <w:pPr>
        <w:jc w:val="left"/>
      </w:pPr>
      <w:r>
        <w:t>_______________</w:t>
      </w:r>
    </w:p>
    <w:p>
      <w:r>
        <w:rPr>
          <w:b/>
        </w:rPr>
        <w:t>17. A.12 (Si Panne récente = Oui) Date de la panne la plus longue sur les 30 derniers jours.</w:t>
      </w:r>
    </w:p>
    <w:p>
      <w:pPr>
        <w:ind w:left="576"/>
      </w:pPr>
      <w:r>
        <w:rPr>
          <w:color w:val="6B7280"/>
          <w:sz w:val="17"/>
        </w:rPr>
        <w:t>Variable: A_12_Si_Panne_r_cen_es_30_derniers_jours  |  Type: Date  |  Obligatoire: Non</w:t>
      </w:r>
    </w:p>
    <w:p>
      <w:pPr>
        <w:ind w:left="576"/>
      </w:pPr>
      <w:r>
        <w:rPr>
          <w:color w:val="4F46E5"/>
          <w:sz w:val="17"/>
        </w:rPr>
        <w:t>⚙️ Logique : ${A_10_Avez_vous_subi_des_incide} = 'oui'</w:t>
        <w:br/>
      </w:r>
    </w:p>
    <w:p>
      <w:pPr>
        <w:jc w:val="left"/>
      </w:pPr>
      <w:r>
        <w:t>_______________</w:t>
      </w:r>
    </w:p>
    <w:p>
      <w:r>
        <w:rPr>
          <w:b/>
        </w:rPr>
        <w:t>18. A.12 (Si Panne récente = Oui) durée de la panne la plus longue sur les 30 derniers jours.</w:t>
      </w:r>
    </w:p>
    <w:p>
      <w:pPr>
        <w:ind w:left="576"/>
      </w:pPr>
      <w:r>
        <w:rPr>
          <w:color w:val="6B7280"/>
          <w:sz w:val="17"/>
        </w:rPr>
        <w:t>Variable: A_12_Si_Panne_r_cen_es_30_derniers_jours_001  |  Type: Nombre Entier  |  Obligatoire: Non</w:t>
      </w:r>
    </w:p>
    <w:p>
      <w:pPr>
        <w:ind w:left="576"/>
      </w:pPr>
      <w:r>
        <w:rPr>
          <w:color w:val="4F46E5"/>
          <w:sz w:val="17"/>
        </w:rPr>
        <w:t>⚙️ Logique : ${A_10_Avez_vous_subi_des_incide} = 'oui'</w:t>
        <w:br/>
      </w:r>
    </w:p>
    <w:p>
      <w:pPr>
        <w:jc w:val="left"/>
      </w:pPr>
      <w:r>
        <w:t>_______________</w:t>
      </w:r>
    </w:p>
    <w:p>
      <w:r>
        <w:rPr>
          <w:b/>
        </w:rPr>
        <w:t>19. A.13 Possibilité d’éclairage de secours</w:t>
      </w:r>
    </w:p>
    <w:p>
      <w:pPr>
        <w:ind w:left="576"/>
      </w:pPr>
      <w:r>
        <w:rPr>
          <w:color w:val="6B7280"/>
          <w:sz w:val="17"/>
        </w:rPr>
        <w:t>Variable: A_13_Possibilit_d_clairage_de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Lampe torche (lampe_torche), Lampes solaires (lampes_solaires), Bougies (bougies), Autre (préciser) (autre__pr_ciser)</w:t>
      </w:r>
    </w:p>
    <w:p>
      <w:pPr>
        <w:jc w:val="left"/>
      </w:pPr>
      <w:r>
        <w:t>_______________</w:t>
      </w:r>
    </w:p>
    <w:p>
      <w:r>
        <w:rPr>
          <w:b/>
        </w:rPr>
        <w:t>20. Autre (préciser)</w:t>
      </w:r>
    </w:p>
    <w:p>
      <w:pPr>
        <w:ind w:left="576"/>
      </w:pPr>
      <w:r>
        <w:rPr>
          <w:color w:val="6B7280"/>
          <w:sz w:val="17"/>
        </w:rPr>
        <w:t>Variable: Autre_pr_ciser_002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selected(${A_13_Possibilit_d_clairage_de}, 'autre__pr_ciser')</w:t>
        <w:br/>
      </w:r>
    </w:p>
    <w:p>
      <w:pPr>
        <w:jc w:val="left"/>
      </w:pPr>
      <w:r>
        <w:t>_______________</w:t>
      </w:r>
    </w:p>
    <w:p>
      <w:r>
        <w:rPr>
          <w:b/>
        </w:rPr>
        <w:t>21. B.01 Source principale d’eau du ménage</w:t>
      </w:r>
    </w:p>
    <w:p>
      <w:pPr>
        <w:ind w:left="576"/>
      </w:pPr>
      <w:r>
        <w:rPr>
          <w:color w:val="6B7280"/>
          <w:sz w:val="17"/>
        </w:rPr>
        <w:t>Variable: B_01_Source_principale_d_eau_d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Robinet intérieur (branche sur réseau) (robinet_int_rieur__branche_sur), Robinet public / borne fontaine (robinet_public___borne_fontain), Puits protégé (avec pompe) (puits_prot_g___avec_pompe), Puits non protégé (puits_non_prot_g), Source / rivière / lac (source___rivi_re___lac), Camion-citerne (camion_citerne), Eau en bouteille potable (eau_en_bouteille_potable), Autre (préciser) (autre__pr_ciser)</w:t>
      </w:r>
    </w:p>
    <w:p>
      <w:pPr>
        <w:jc w:val="left"/>
      </w:pPr>
      <w:r>
        <w:t>_______________</w:t>
      </w:r>
    </w:p>
    <w:p>
      <w:r>
        <w:rPr>
          <w:b/>
        </w:rPr>
        <w:t>22. Autre (préciser)</w:t>
      </w:r>
    </w:p>
    <w:p>
      <w:pPr>
        <w:ind w:left="576"/>
      </w:pPr>
      <w:r>
        <w:rPr>
          <w:color w:val="6B7280"/>
          <w:sz w:val="17"/>
        </w:rPr>
        <w:t>Variable: Autre_pr_ciser_003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${B_01_Source_principale_d_eau_d} = 'autre__pr_ciser'</w:t>
        <w:br/>
      </w:r>
    </w:p>
    <w:p>
      <w:pPr>
        <w:jc w:val="left"/>
      </w:pPr>
      <w:r>
        <w:t>_______________</w:t>
      </w:r>
    </w:p>
    <w:p>
      <w:r>
        <w:rPr>
          <w:b/>
        </w:rPr>
        <w:t>23. B.02 Disposez-vous d'une source secondaire?</w:t>
      </w:r>
    </w:p>
    <w:p>
      <w:pPr>
        <w:ind w:left="576"/>
      </w:pPr>
      <w:r>
        <w:rPr>
          <w:color w:val="6B7280"/>
          <w:sz w:val="17"/>
        </w:rPr>
        <w:t>Variable: B_02_Disposez_vous_d_une_sourc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>
      <w:r>
        <w:rPr>
          <w:b/>
        </w:rPr>
        <w:t>24. B.02 Source secondaire d’eau du ménage</w:t>
      </w:r>
    </w:p>
    <w:p>
      <w:pPr>
        <w:ind w:left="576"/>
      </w:pPr>
      <w:r>
        <w:rPr>
          <w:color w:val="6B7280"/>
          <w:sz w:val="17"/>
        </w:rPr>
        <w:t>Variable: B_02_Source_secondaire_d_eau_du_m_nage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Robinet intérieur (branche sur réseau) (robinet_int_rieur__branche_sur), Robinet public / borne fontaine (robinet_public___borne_fontain), Puits protégé (avec pompe) (puits_prot_g___avec_pompe), Puits non protégé (puits_non_prot_g), Source / rivière / lac (source___rivi_re___lac), Camion-citerne (camion_citerne), Eau en bouteille potable (eau_en_bouteille_potable), Autre (préciser) (autre__pr_ciser)</w:t>
      </w:r>
    </w:p>
    <w:p>
      <w:pPr>
        <w:ind w:left="576"/>
      </w:pPr>
      <w:r>
        <w:rPr>
          <w:color w:val="4F46E5"/>
          <w:sz w:val="17"/>
        </w:rPr>
        <w:t>⚙️ Logique : ${B_02_Disposez_vous_d_une_sourc} = 'oui'</w:t>
        <w:br/>
      </w:r>
    </w:p>
    <w:p>
      <w:pPr>
        <w:jc w:val="left"/>
      </w:pPr>
      <w:r>
        <w:t>_______________</w:t>
      </w:r>
    </w:p>
    <w:p>
      <w:r>
        <w:rPr>
          <w:b/>
        </w:rPr>
        <w:t>25. B.03 Quantité d’eau utilisée par jour (litres) par le ménage.</w:t>
      </w:r>
    </w:p>
    <w:p>
      <w:pPr>
        <w:ind w:left="576"/>
      </w:pPr>
      <w:r>
        <w:rPr>
          <w:color w:val="6B7280"/>
          <w:sz w:val="17"/>
        </w:rPr>
        <w:t>Variable: B_03_Quantit_d_eau_itres_par_le_m_nage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26. B.04 Nombre de litres par personne/jour</w:t>
      </w:r>
    </w:p>
    <w:p>
      <w:pPr>
        <w:ind w:left="576"/>
      </w:pPr>
      <w:r>
        <w:rPr>
          <w:color w:val="6B7280"/>
          <w:sz w:val="17"/>
        </w:rPr>
        <w:t>Variable: B_04_Nombre_de_litres_par_personne_jour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27. B.05 Fréquence d’approvisionnement</w:t>
      </w:r>
    </w:p>
    <w:p>
      <w:pPr>
        <w:ind w:left="576"/>
      </w:pPr>
      <w:r>
        <w:rPr>
          <w:color w:val="6B7280"/>
          <w:sz w:val="17"/>
        </w:rPr>
        <w:t>Variable: B_05_Fr_quence_d_approvisionnement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Quotidien (quotidien), Tous les 2-3 jours (tous_les_2_3_jours), Hebdomadaire (hebdomadaire), Irrégulier (irr_gulier)</w:t>
      </w:r>
    </w:p>
    <w:p>
      <w:pPr>
        <w:jc w:val="left"/>
      </w:pPr>
      <w:r>
        <w:t>_______________</w:t>
      </w:r>
    </w:p>
    <w:p>
      <w:r>
        <w:rPr>
          <w:b/>
        </w:rPr>
        <w:t>28. B.06 Coût moyen par mois pour l’eau</w:t>
      </w:r>
    </w:p>
    <w:p>
      <w:pPr>
        <w:ind w:left="576"/>
      </w:pPr>
      <w:r>
        <w:rPr>
          <w:color w:val="6B7280"/>
          <w:sz w:val="17"/>
        </w:rPr>
        <w:t>Variable: B_06_Co_t_moyen_par_mois_pour_l_eau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29. B.07 Perception qualité eau (goût/odeur/ apparence)</w:t>
      </w:r>
    </w:p>
    <w:p>
      <w:pPr>
        <w:ind w:left="576"/>
      </w:pPr>
      <w:r>
        <w:rPr>
          <w:color w:val="6B7280"/>
          <w:sz w:val="17"/>
        </w:rPr>
        <w:t>Variable: B_07_Perception_qual_o_t_odeur_apparence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Très bonne (tr_s_bonne), Bonne (bonne), Acceptable (acceptable), Mauvaise (mauvaise), Très mauvaise (tr_s_mauvaise)</w:t>
      </w:r>
    </w:p>
    <w:p>
      <w:pPr>
        <w:jc w:val="left"/>
      </w:pPr>
      <w:r>
        <w:t>_______________</w:t>
      </w:r>
    </w:p>
    <w:p>
      <w:r>
        <w:rPr>
          <w:b/>
        </w:rPr>
        <w:t>30. B.08 Traitement avant consommation</w:t>
      </w:r>
    </w:p>
    <w:p>
      <w:pPr>
        <w:ind w:left="576"/>
      </w:pPr>
      <w:r>
        <w:rPr>
          <w:color w:val="6B7280"/>
          <w:sz w:val="17"/>
        </w:rPr>
        <w:t>Variable: B_08_Traitement_avant_consommation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>
      <w:r>
        <w:rPr>
          <w:b/>
        </w:rPr>
        <w:t>31. B.08bis Type de traitement avant consommation</w:t>
      </w:r>
    </w:p>
    <w:p>
      <w:pPr>
        <w:ind w:left="576"/>
      </w:pPr>
      <w:r>
        <w:rPr>
          <w:color w:val="6B7280"/>
          <w:sz w:val="17"/>
        </w:rPr>
        <w:t>Variable: B_08bis_Type_de_traitement_ava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Ébullition (_bullition), Filtration (céramique, tissu) (filtration__c_ramique__tissu), Chloration (chloration), Aucun (aucun), Autre (préciser) (autre__pr_ciser)</w:t>
      </w:r>
    </w:p>
    <w:p>
      <w:pPr>
        <w:jc w:val="left"/>
      </w:pPr>
      <w:r>
        <w:t>_______________</w:t>
      </w:r>
    </w:p>
    <w:p>
      <w:r>
        <w:rPr>
          <w:b/>
        </w:rPr>
        <w:t>32. Autre (préciser)</w:t>
      </w:r>
    </w:p>
    <w:p>
      <w:pPr>
        <w:ind w:left="576"/>
      </w:pPr>
      <w:r>
        <w:rPr>
          <w:color w:val="6B7280"/>
          <w:sz w:val="17"/>
        </w:rPr>
        <w:t>Variable: Autre_pr_ciser_004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selected(${B_08bis_Type_de_traitement_ava}, 'autre__pr_ciser')</w:t>
        <w:br/>
      </w:r>
    </w:p>
    <w:p>
      <w:pPr>
        <w:jc w:val="left"/>
      </w:pPr>
      <w:r>
        <w:t>_______________</w:t>
      </w:r>
    </w:p>
    <w:p>
      <w:r>
        <w:rPr>
          <w:b/>
        </w:rPr>
        <w:t>33. B.09 Présence d’un point d’eau public à moins de 30 minutes aller-retour ?</w:t>
      </w:r>
    </w:p>
    <w:p>
      <w:pPr>
        <w:ind w:left="576"/>
      </w:pPr>
      <w:r>
        <w:rPr>
          <w:color w:val="6B7280"/>
          <w:sz w:val="17"/>
        </w:rPr>
        <w:t>Variable: B_09_Pr_sence_d_un_point_d_eau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>
      <w:r>
        <w:rPr>
          <w:b/>
        </w:rPr>
        <w:t>34. Si Oui, distance en minutes.</w:t>
      </w:r>
    </w:p>
    <w:p>
      <w:pPr>
        <w:ind w:left="576"/>
      </w:pPr>
      <w:r>
        <w:rPr>
          <w:color w:val="6B7280"/>
          <w:sz w:val="17"/>
        </w:rPr>
        <w:t>Variable: Si_Oui_distance_en_minutes  |  Type: Nombre Entier  |  Obligatoire: Non</w:t>
      </w:r>
    </w:p>
    <w:p>
      <w:pPr>
        <w:ind w:left="576"/>
      </w:pPr>
      <w:r>
        <w:rPr>
          <w:color w:val="4F46E5"/>
          <w:sz w:val="17"/>
        </w:rPr>
        <w:t>⚙️ Logique : ${B_09_Pr_sence_d_un_point_d_eau} = 'oui'</w:t>
        <w:br/>
      </w:r>
    </w:p>
    <w:p>
      <w:pPr>
        <w:jc w:val="left"/>
      </w:pPr>
      <w:r>
        <w:t>_______________</w:t>
      </w:r>
    </w:p>
    <w:p>
      <w:r>
        <w:rPr>
          <w:b/>
        </w:rPr>
        <w:t>35. B.10 Avez-vous changé de source d’eau au cours des 30 derniers jours ?</w:t>
      </w:r>
    </w:p>
    <w:p>
      <w:pPr>
        <w:ind w:left="576"/>
      </w:pPr>
      <w:r>
        <w:rPr>
          <w:color w:val="6B7280"/>
          <w:sz w:val="17"/>
        </w:rPr>
        <w:t>Variable: B_10_Avez_vous_chang_s_30_derniers_jours_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>
      <w:r>
        <w:rPr>
          <w:b/>
        </w:rPr>
        <w:t>36. Si Oui, pourquoi ?</w:t>
      </w:r>
    </w:p>
    <w:p>
      <w:pPr>
        <w:ind w:left="576"/>
      </w:pPr>
      <w:r>
        <w:rPr>
          <w:color w:val="6B7280"/>
          <w:sz w:val="17"/>
        </w:rPr>
        <w:t>Variable: Si_Oui_pourquoi_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Sécheresse (s_cheresse), Contamination (contamination), Coût (co_t), Panne camion-citerne (panne_camion_citerne), Autre (préciser) (autre__pr_ciser)</w:t>
      </w:r>
    </w:p>
    <w:p>
      <w:pPr>
        <w:jc w:val="left"/>
      </w:pPr>
      <w:r>
        <w:t>_______________</w:t>
      </w:r>
    </w:p>
    <w:p>
      <w:r>
        <w:rPr>
          <w:b/>
        </w:rPr>
        <w:t>37. Autre (préciser)</w:t>
      </w:r>
    </w:p>
    <w:p>
      <w:pPr>
        <w:ind w:left="576"/>
      </w:pPr>
      <w:r>
        <w:rPr>
          <w:color w:val="6B7280"/>
          <w:sz w:val="17"/>
        </w:rPr>
        <w:t>Variable: Autre_pr_ciser_005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selected(${Si_Oui_pourquoi_}, 'autre__pr_ciser')</w:t>
        <w:br/>
      </w:r>
    </w:p>
    <w:p>
      <w:pPr>
        <w:jc w:val="left"/>
      </w:pPr>
      <w:r>
        <w:t>_______________</w:t>
      </w:r>
    </w:p>
    <w:p>
      <w:r>
        <w:rPr>
          <w:b/>
        </w:rPr>
        <w:t>38. Panne d’eau</w:t>
      </w:r>
    </w:p>
    <w:p>
      <w:pPr>
        <w:ind w:left="576"/>
      </w:pPr>
      <w:r>
        <w:rPr>
          <w:color w:val="6B7280"/>
          <w:sz w:val="17"/>
        </w:rPr>
        <w:t>Variable: Panne_d_eau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39. Panne d’électricité</w:t>
      </w:r>
    </w:p>
    <w:p>
      <w:pPr>
        <w:ind w:left="576"/>
      </w:pPr>
      <w:r>
        <w:rPr>
          <w:color w:val="6B7280"/>
          <w:sz w:val="17"/>
        </w:rPr>
        <w:t>Variable: Panne_d_lectricit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40. C.02 En cas de panne prolongée (&gt;24h), quelles actions prises ?</w:t>
      </w:r>
    </w:p>
    <w:p>
      <w:pPr>
        <w:ind w:left="576"/>
      </w:pPr>
      <w:r>
        <w:rPr>
          <w:color w:val="6B7280"/>
          <w:sz w:val="17"/>
        </w:rPr>
        <w:t>Variable: C_02_En_cas_de_panne_lles_actions_prises_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Achat eau (achat_eau), Puiser dans un cours d'eau (puiser_dans_un_cours_d_eau), Stockage  (stockage), Achat carburant pour générateur (achat_carburant_pour_g_n_rateur), Déplacement (d_placement), Autres (préciser)  (autres__pr_ciser)</w:t>
      </w:r>
    </w:p>
    <w:p>
      <w:pPr>
        <w:jc w:val="left"/>
      </w:pPr>
      <w:r>
        <w:t>_______________</w:t>
      </w:r>
    </w:p>
    <w:p/>
    <w:p>
      <w:r>
        <w:rPr>
          <w:b/>
          <w:color w:val="F59E0B"/>
          <w:sz w:val="28"/>
        </w:rPr>
        <w:t>Questionnaire : 7.3 CONNECTIVITÉ MOBILE ET INTERNET</w:t>
      </w:r>
    </w:p>
    <w:p>
      <w:r>
        <w:t>UID : aUzH3h7wBMNpyACQNzMNGE</w:t>
      </w:r>
    </w:p>
    <w:p/>
    <w:p>
      <w:r>
        <w:rPr>
          <w:b/>
        </w:rPr>
        <w:t>1. Quartier/zone</w:t>
      </w:r>
    </w:p>
    <w:p>
      <w:pPr>
        <w:ind w:left="576"/>
      </w:pPr>
      <w:r>
        <w:rPr>
          <w:color w:val="6B7280"/>
          <w:sz w:val="17"/>
        </w:rPr>
        <w:t>Variable: Quartier_zone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Quartier Les Volcans (quartier_les_volcans), Quartier Mikeno (quartier_mikeno), Quartier Mapendo (quartier_mapendo), Quartier Katindo (quartier_katindo), Quartier Himbi (quartier_himbi), Quartier Keshero (quartier_keshero), Quartier Lac Vert (quartier_lac_vert), Quartier Kahembe (quartier_kahembe), Quartier Murara (quartier_murara), Quartier Bujovu (quartier_bujovu), Quartier Majengo (quartier_majengo), Quartier Mabanga nord (quartier_mabanga_nord), Quartier Mabanga sud (quartier_mabanga_sud), Quartier Kasika (quartier_kasika), Quartier Katoyi (quartier_katoyi), Quartier Ndosho (quartier_ndosho), Quartier Mugunga (quartier_mugunga), Quartier Virunga (quartier_virunga)</w:t>
      </w:r>
    </w:p>
    <w:p>
      <w:pPr>
        <w:jc w:val="left"/>
      </w:pPr>
      <w:r>
        <w:t>_______________</w:t>
      </w:r>
    </w:p>
    <w:p>
      <w:r>
        <w:rPr>
          <w:b/>
        </w:rPr>
        <w:t>2. 7.3.1.01 Quel(s) Opérateur(s) utilisez-vous?</w:t>
      </w:r>
    </w:p>
    <w:p>
      <w:pPr>
        <w:ind w:left="576"/>
      </w:pPr>
      <w:r>
        <w:rPr>
          <w:color w:val="6B7280"/>
          <w:sz w:val="17"/>
        </w:rPr>
        <w:t>Variable: _7_3_1_01_Quel_s_Op_rateur_s_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Airtel (airtel), Africell (africell), Vodacom (vodacom), Orange (orange), Canal box (canal_box), Starlink (starlink), Autre (préciser) (autre__pr_ciser)</w:t>
      </w:r>
    </w:p>
    <w:p>
      <w:pPr>
        <w:jc w:val="left"/>
      </w:pPr>
      <w:r>
        <w:t>_______________</w:t>
      </w:r>
    </w:p>
    <w:p>
      <w:r>
        <w:rPr>
          <w:b/>
        </w:rPr>
        <w:t>3. Autre (préciser)</w:t>
      </w:r>
    </w:p>
    <w:p>
      <w:pPr>
        <w:ind w:left="576"/>
      </w:pPr>
      <w:r>
        <w:rPr>
          <w:color w:val="6B7280"/>
          <w:sz w:val="17"/>
        </w:rPr>
        <w:t>Variable: Autre_pr_ciser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selected(${_7_3_1_01_Quel_s_Op_rateur_s_}, 'autre__pr_ciser')</w:t>
        <w:br/>
      </w:r>
    </w:p>
    <w:p>
      <w:pPr>
        <w:jc w:val="left"/>
      </w:pPr>
      <w:r>
        <w:t>_______________</w:t>
      </w:r>
    </w:p>
    <w:p>
      <w:r>
        <w:rPr>
          <w:b/>
        </w:rPr>
        <w:t>4. 7.3.1.02 Technologies disponibles pour votre Opérateur</w:t>
      </w:r>
    </w:p>
    <w:p>
      <w:pPr>
        <w:ind w:left="576"/>
      </w:pPr>
      <w:r>
        <w:rPr>
          <w:color w:val="6B7280"/>
          <w:sz w:val="17"/>
        </w:rPr>
        <w:t>Variable: _7_3_1_02_Technologie_pour_votre_Op_rateur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2G (2g), 3G (3g), 4G (4g), 5G (5g), Pas de couverture (pas_de_couverture)</w:t>
      </w:r>
    </w:p>
    <w:p>
      <w:pPr>
        <w:jc w:val="left"/>
      </w:pPr>
      <w:r>
        <w:t>_______________</w:t>
      </w:r>
    </w:p>
    <w:p>
      <w:r>
        <w:rPr>
          <w:b/>
        </w:rPr>
        <w:t>5. 7.3.1.03 Utilisation principale de l’internet</w:t>
      </w:r>
    </w:p>
    <w:p>
      <w:pPr>
        <w:ind w:left="576"/>
      </w:pPr>
      <w:r>
        <w:rPr>
          <w:color w:val="6B7280"/>
          <w:sz w:val="17"/>
        </w:rPr>
        <w:t>Variable: _7_3_1_03_Utilisation_principal  |  Type: Choix Multiple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Communication (WhatsApp, autre application de messagerie) (communication__whatsapp__autre), Éducation (_ducation), Travail (travail), Commerce (commerce), Divertissement (divertissement), Autre (préciser) (autre__pr_ciser)</w:t>
      </w:r>
    </w:p>
    <w:p>
      <w:pPr>
        <w:jc w:val="left"/>
      </w:pPr>
      <w:r>
        <w:t>_______________</w:t>
      </w:r>
    </w:p>
    <w:p>
      <w:r>
        <w:rPr>
          <w:b/>
        </w:rPr>
        <w:t>6. Autre (préciser)</w:t>
      </w:r>
    </w:p>
    <w:p>
      <w:pPr>
        <w:ind w:left="576"/>
      </w:pPr>
      <w:r>
        <w:rPr>
          <w:color w:val="6B7280"/>
          <w:sz w:val="17"/>
        </w:rPr>
        <w:t>Variable: Autre_pr_ciser_001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selected(${_7_3_1_03_Utilisation_principal}, 'autre__pr_ciser')</w:t>
        <w:br/>
      </w:r>
    </w:p>
    <w:p>
      <w:pPr>
        <w:jc w:val="left"/>
      </w:pPr>
      <w:r>
        <w:t>_______________</w:t>
      </w:r>
    </w:p>
    <w:p>
      <w:r>
        <w:rPr>
          <w:b/>
        </w:rPr>
        <w:t>7. 7.3.2.01 Intensité du signal perçue (mobile)</w:t>
      </w:r>
    </w:p>
    <w:p>
      <w:pPr>
        <w:ind w:left="576"/>
      </w:pPr>
      <w:r>
        <w:rPr>
          <w:color w:val="6B7280"/>
          <w:sz w:val="17"/>
        </w:rPr>
        <w:t>Variable: _7_3_2_01_Intensit_d_ignal_per_ue_mobile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Très bonne (tr_s_bonne), Bonne (bonne), Moyenne (moyenne), Faible (faible), Aucune (aucune)</w:t>
      </w:r>
    </w:p>
    <w:p>
      <w:pPr>
        <w:jc w:val="left"/>
      </w:pPr>
      <w:r>
        <w:t>_______________</w:t>
      </w:r>
    </w:p>
    <w:p>
      <w:r>
        <w:rPr>
          <w:b/>
        </w:rPr>
        <w:t>8. 7.3.2.02 Vitesse moyenne ressentie (navigation, vidéo)</w:t>
      </w:r>
    </w:p>
    <w:p>
      <w:pPr>
        <w:ind w:left="576"/>
      </w:pPr>
      <w:r>
        <w:rPr>
          <w:color w:val="6B7280"/>
          <w:sz w:val="17"/>
        </w:rPr>
        <w:t>Variable: _7_3_2_02_Vitesse_moy_e_navigation_vid_o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Très rapide (tr_s_rapide), Rapide (rapide), Acceptable (acceptable), Lente (lente), Impossible (impossible)</w:t>
      </w:r>
    </w:p>
    <w:p>
      <w:pPr>
        <w:jc w:val="left"/>
      </w:pPr>
      <w:r>
        <w:t>_______________</w:t>
      </w:r>
    </w:p>
    <w:p>
      <w:r>
        <w:rPr>
          <w:b/>
        </w:rPr>
        <w:t>9. 7.3.2.03 Coût moyen mensuel dépensé pour internet (mobile ou fixe).</w:t>
      </w:r>
    </w:p>
    <w:p>
      <w:pPr>
        <w:ind w:left="576"/>
      </w:pPr>
      <w:r>
        <w:rPr>
          <w:color w:val="6B7280"/>
          <w:sz w:val="17"/>
        </w:rPr>
        <w:t>Variable: _7_3_2_03_Co_t_moyen_rnet_mobile_ou_fixe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10. 7.3.2.04 Type d’accès à domicile</w:t>
      </w:r>
    </w:p>
    <w:p>
      <w:pPr>
        <w:ind w:left="576"/>
      </w:pPr>
      <w:r>
        <w:rPr>
          <w:color w:val="6B7280"/>
          <w:sz w:val="17"/>
        </w:rPr>
        <w:t>Variable: _7_3_2_04_Type_d_acc_s_domici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Mobile data (SIM) (mobile_data__sim), Modem 3G/4G (modem_3g_4g), Fibre (fibre), ADSL (adsl), Autre (préciser) (autre__pr_ciser), Aucun (aucun)</w:t>
      </w:r>
    </w:p>
    <w:p>
      <w:pPr>
        <w:jc w:val="left"/>
      </w:pPr>
      <w:r>
        <w:t>_______________</w:t>
      </w:r>
    </w:p>
    <w:p>
      <w:r>
        <w:rPr>
          <w:b/>
        </w:rPr>
        <w:t>11. Autre (préciser)</w:t>
      </w:r>
    </w:p>
    <w:p>
      <w:pPr>
        <w:ind w:left="576"/>
      </w:pPr>
      <w:r>
        <w:rPr>
          <w:color w:val="6B7280"/>
          <w:sz w:val="17"/>
        </w:rPr>
        <w:t>Variable: Autre_pr_ciser_002  |  Type: Réponse Ouverte  |  Obligatoire: Non</w:t>
      </w:r>
    </w:p>
    <w:p>
      <w:pPr>
        <w:ind w:left="576"/>
      </w:pPr>
      <w:r>
        <w:rPr>
          <w:color w:val="4F46E5"/>
          <w:sz w:val="17"/>
        </w:rPr>
        <w:t>⚙️ Logique : ${_7_3_2_04_Type_d_acc_s_domici} = 'autre__pr_ciser'</w:t>
        <w:br/>
      </w:r>
    </w:p>
    <w:p>
      <w:pPr>
        <w:jc w:val="left"/>
      </w:pPr>
      <w:r>
        <w:t>_______________</w:t>
      </w:r>
    </w:p>
    <w:p>
      <w:r>
        <w:rPr>
          <w:b/>
        </w:rPr>
        <w:t>12. 7.3.2.05 Fiabilité : nombre de pannes de connexion dans 30 derniers jours.</w:t>
      </w:r>
    </w:p>
    <w:p>
      <w:pPr>
        <w:ind w:left="576"/>
      </w:pPr>
      <w:r>
        <w:rPr>
          <w:color w:val="6B7280"/>
          <w:sz w:val="17"/>
        </w:rPr>
        <w:t>Variable: _7_3_2_05_Fiabilit_ns_30_derniers_jours  |  Type: Nombre Entier  |  Obligatoire: Non</w:t>
      </w:r>
    </w:p>
    <w:p>
      <w:pPr>
        <w:jc w:val="left"/>
      </w:pPr>
      <w:r>
        <w:t>_______________</w:t>
      </w:r>
    </w:p>
    <w:p>
      <w:r>
        <w:rPr>
          <w:b/>
        </w:rPr>
        <w:t>13. 7.3.2.06 Couverture intérieure (dans le logement)</w:t>
      </w:r>
    </w:p>
    <w:p>
      <w:pPr>
        <w:ind w:left="576"/>
      </w:pPr>
      <w:r>
        <w:rPr>
          <w:color w:val="6B7280"/>
          <w:sz w:val="17"/>
        </w:rPr>
        <w:t>Variable: _7_3_2_06_Couverture_re_dans_le_logement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Excellente (excellente), Bonne (bonne), Faible (faible), Aucune (aucune)</w:t>
      </w:r>
    </w:p>
    <w:p>
      <w:pPr>
        <w:jc w:val="left"/>
      </w:pPr>
      <w:r>
        <w:t>_______________</w:t>
      </w:r>
    </w:p>
    <w:p>
      <w:r>
        <w:rPr>
          <w:b/>
        </w:rPr>
        <w:t>14. 7.3.2.07 Disponibilité de réseaux pour appels d’urgence (Oui/Non).</w:t>
      </w:r>
    </w:p>
    <w:p>
      <w:pPr>
        <w:ind w:left="576"/>
      </w:pPr>
      <w:r>
        <w:rPr>
          <w:color w:val="6B7280"/>
          <w:sz w:val="17"/>
        </w:rPr>
        <w:t>Variable: _7_3_2_07_Disponibili_s_d_urgence_Oui_Non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>
      <w:r>
        <w:rPr>
          <w:b/>
        </w:rPr>
        <w:t>15. 7.3.2.08 Présence d’antenne opérateur à proximité</w:t>
      </w:r>
    </w:p>
    <w:p>
      <w:pPr>
        <w:ind w:left="576"/>
      </w:pPr>
      <w:r>
        <w:rPr>
          <w:color w:val="6B7280"/>
          <w:sz w:val="17"/>
        </w:rPr>
        <w:t>Variable: _7_3_2_08_Pr_sence_d_antenne_op  |  Type: Choix Unique  |  Obligatoire: Non</w:t>
      </w:r>
    </w:p>
    <w:p>
      <w:pPr>
        <w:pStyle w:val="ListBullet"/>
        <w:ind w:left="864"/>
      </w:pPr>
      <w:r>
        <w:rPr>
          <w:sz w:val="17"/>
        </w:rPr>
        <w:t>Options :</w:t>
      </w:r>
      <w:r>
        <w:rPr>
          <w:i/>
          <w:sz w:val="17"/>
        </w:rPr>
        <w:t>Oui (oui), Non (non)</w:t>
      </w:r>
    </w:p>
    <w:p>
      <w:pPr>
        <w:jc w:val="left"/>
      </w:pPr>
      <w:r>
        <w:t>_______________</w:t>
      </w:r>
    </w:p>
    <w:p>
      <w:r>
        <w:rPr>
          <w:b/>
        </w:rPr>
        <w:t>16. Distance estimée en mètres</w:t>
      </w:r>
    </w:p>
    <w:p>
      <w:pPr>
        <w:ind w:left="576"/>
      </w:pPr>
      <w:r>
        <w:rPr>
          <w:color w:val="6B7280"/>
          <w:sz w:val="17"/>
        </w:rPr>
        <w:t>Variable: Distance_estim_e_en_m_tres  |  Type: Nombre Entier  |  Obligatoire: Non</w:t>
      </w:r>
    </w:p>
    <w:p>
      <w:pPr>
        <w:ind w:left="576"/>
      </w:pPr>
      <w:r>
        <w:rPr>
          <w:color w:val="4F46E5"/>
          <w:sz w:val="17"/>
        </w:rPr>
        <w:t>⚙️ Logique : ${_7_3_2_08_Pr_sence_d_antenne_op} = 'oui'</w:t>
        <w:br/>
      </w:r>
    </w:p>
    <w:p>
      <w:pPr>
        <w:jc w:val="left"/>
      </w:pPr>
      <w:r>
        <w:t>_______________</w:t>
      </w:r>
    </w:p>
    <w:p>
      <w:r>
        <w:br w:type="page"/>
      </w:r>
    </w:p>
    <w:sectPr w:rsidR="00FC693F" w:rsidRPr="0006063C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